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A95D4" w14:textId="77777777" w:rsidR="00320AB6" w:rsidRPr="00372846" w:rsidRDefault="007C4750" w:rsidP="00B06301">
      <w:pPr>
        <w:pStyle w:val="Overskrift1"/>
        <w:jc w:val="center"/>
        <w:rPr>
          <w:sz w:val="36"/>
          <w:szCs w:val="36"/>
          <w:lang w:val="nb-NO"/>
        </w:rPr>
      </w:pPr>
      <w:r w:rsidRPr="00372846">
        <w:rPr>
          <w:sz w:val="36"/>
          <w:szCs w:val="36"/>
          <w:lang w:val="nb-NO"/>
        </w:rPr>
        <w:t>Dressur og bakkearbeid – for alle som vil bli bedre til å ri med balanse, smidighet og kontroll!</w:t>
      </w:r>
    </w:p>
    <w:p w14:paraId="2592A7E1" w14:textId="77777777" w:rsidR="00320AB6" w:rsidRPr="00372846" w:rsidRDefault="007C4750">
      <w:pPr>
        <w:rPr>
          <w:lang w:val="nb-NO"/>
        </w:rPr>
      </w:pPr>
      <w:r w:rsidRPr="00372846">
        <w:rPr>
          <w:lang w:val="nb-NO"/>
        </w:rPr>
        <w:t>Arendal og Grimstad Rideklubb inviterer til Dressur- og Bakkearbeidssamling!</w:t>
      </w:r>
    </w:p>
    <w:p w14:paraId="411281D0" w14:textId="2223F0AF" w:rsidR="00320AB6" w:rsidRPr="00372846" w:rsidRDefault="007C4750">
      <w:pPr>
        <w:rPr>
          <w:lang w:val="nb-NO"/>
        </w:rPr>
      </w:pPr>
      <w:r>
        <w:t>📅</w:t>
      </w:r>
      <w:r w:rsidRPr="00372846">
        <w:rPr>
          <w:lang w:val="nb-NO"/>
        </w:rPr>
        <w:t xml:space="preserve"> Dato: 1</w:t>
      </w:r>
      <w:r w:rsidR="004D42EA">
        <w:rPr>
          <w:lang w:val="nb-NO"/>
        </w:rPr>
        <w:t>2</w:t>
      </w:r>
      <w:r w:rsidRPr="00372846">
        <w:rPr>
          <w:lang w:val="nb-NO"/>
        </w:rPr>
        <w:t>. – 1</w:t>
      </w:r>
      <w:r w:rsidR="00372846">
        <w:rPr>
          <w:lang w:val="nb-NO"/>
        </w:rPr>
        <w:t>3</w:t>
      </w:r>
      <w:r w:rsidRPr="00372846">
        <w:rPr>
          <w:lang w:val="nb-NO"/>
        </w:rPr>
        <w:t>. april 202</w:t>
      </w:r>
      <w:r w:rsidR="00372846">
        <w:rPr>
          <w:lang w:val="nb-NO"/>
        </w:rPr>
        <w:t>5</w:t>
      </w:r>
      <w:r w:rsidR="00B06301">
        <w:rPr>
          <w:lang w:val="nb-NO"/>
        </w:rPr>
        <w:tab/>
      </w:r>
      <w:r w:rsidR="00B06301">
        <w:rPr>
          <w:lang w:val="nb-NO"/>
        </w:rPr>
        <w:tab/>
      </w:r>
      <w:r>
        <w:t>📍</w:t>
      </w:r>
      <w:r w:rsidRPr="00372846">
        <w:rPr>
          <w:lang w:val="nb-NO"/>
        </w:rPr>
        <w:t xml:space="preserve"> Sted: Arendal og Grimstad Rideklubb</w:t>
      </w:r>
      <w:r w:rsidR="00372846">
        <w:rPr>
          <w:lang w:val="nb-NO"/>
        </w:rPr>
        <w:t>, Birketveit.</w:t>
      </w:r>
    </w:p>
    <w:p w14:paraId="7E0AD1FD" w14:textId="77777777" w:rsidR="00320AB6" w:rsidRPr="00372846" w:rsidRDefault="007C4750">
      <w:pPr>
        <w:pStyle w:val="Overskrift2"/>
        <w:rPr>
          <w:lang w:val="nb-NO"/>
        </w:rPr>
      </w:pPr>
      <w:r w:rsidRPr="00372846">
        <w:rPr>
          <w:lang w:val="nb-NO"/>
        </w:rPr>
        <w:t>Dressur og bakkearbeid er for ALLE – uansett gren og nivå!</w:t>
      </w:r>
    </w:p>
    <w:p w14:paraId="0026D76B" w14:textId="77777777" w:rsidR="00320AB6" w:rsidRPr="00372846" w:rsidRDefault="007C4750">
      <w:pPr>
        <w:rPr>
          <w:lang w:val="nb-NO"/>
        </w:rPr>
      </w:pPr>
      <w:r w:rsidRPr="00372846">
        <w:rPr>
          <w:lang w:val="nb-NO"/>
        </w:rPr>
        <w:t>Glem stive rammer og hvite hansker! Dressur og bakkearbeid handler om å gjøre hesten din smidig, sterk og balansert, slik at ridningen blir lettere, morsommere og mer harmonisk.</w:t>
      </w:r>
    </w:p>
    <w:p w14:paraId="6D22C4C3" w14:textId="04AE1980" w:rsidR="00320AB6" w:rsidRPr="00372846" w:rsidRDefault="007C4750">
      <w:pPr>
        <w:rPr>
          <w:lang w:val="nb-NO"/>
        </w:rPr>
      </w:pPr>
      <w:r>
        <w:t>🔹</w:t>
      </w:r>
      <w:r w:rsidRPr="00372846">
        <w:rPr>
          <w:lang w:val="nb-NO"/>
        </w:rPr>
        <w:t xml:space="preserve"> Sprangrytter? En hest i god balanse gir bedre rideveier og mer </w:t>
      </w:r>
      <w:r w:rsidR="00897D1A">
        <w:rPr>
          <w:lang w:val="nb-NO"/>
        </w:rPr>
        <w:t>samarbeid</w:t>
      </w:r>
      <w:r w:rsidRPr="00372846">
        <w:rPr>
          <w:lang w:val="nb-NO"/>
        </w:rPr>
        <w:t xml:space="preserve"> på sprangbanen.</w:t>
      </w:r>
    </w:p>
    <w:p w14:paraId="69E36313" w14:textId="77777777" w:rsidR="00320AB6" w:rsidRPr="00372846" w:rsidRDefault="007C4750">
      <w:pPr>
        <w:rPr>
          <w:lang w:val="nb-NO"/>
        </w:rPr>
      </w:pPr>
      <w:r>
        <w:t>🔹</w:t>
      </w:r>
      <w:r w:rsidRPr="00372846">
        <w:rPr>
          <w:lang w:val="nb-NO"/>
        </w:rPr>
        <w:t xml:space="preserve"> Turrytter? En lydhør hest som reagerer på små </w:t>
      </w:r>
      <w:proofErr w:type="gramStart"/>
      <w:r w:rsidRPr="00372846">
        <w:rPr>
          <w:lang w:val="nb-NO"/>
        </w:rPr>
        <w:t>signaler</w:t>
      </w:r>
      <w:proofErr w:type="gramEnd"/>
      <w:r w:rsidRPr="00372846">
        <w:rPr>
          <w:lang w:val="nb-NO"/>
        </w:rPr>
        <w:t xml:space="preserve"> gir en tryggere og mer behagelig tur.</w:t>
      </w:r>
    </w:p>
    <w:p w14:paraId="535CD041" w14:textId="77777777" w:rsidR="00320AB6" w:rsidRPr="00372846" w:rsidRDefault="007C4750">
      <w:pPr>
        <w:rPr>
          <w:lang w:val="nb-NO"/>
        </w:rPr>
      </w:pPr>
      <w:r>
        <w:t>🔹</w:t>
      </w:r>
      <w:r w:rsidRPr="00372846">
        <w:rPr>
          <w:lang w:val="nb-NO"/>
        </w:rPr>
        <w:t xml:space="preserve"> Feltritt? En sterk og regulerbar hest gir bedre flyt gjennom terrenget.</w:t>
      </w:r>
    </w:p>
    <w:p w14:paraId="2AAE2D39" w14:textId="77777777" w:rsidR="00320AB6" w:rsidRPr="00372846" w:rsidRDefault="007C4750">
      <w:pPr>
        <w:rPr>
          <w:lang w:val="nb-NO"/>
        </w:rPr>
      </w:pPr>
      <w:r>
        <w:t>🔹</w:t>
      </w:r>
      <w:r w:rsidRPr="00372846">
        <w:rPr>
          <w:lang w:val="nb-NO"/>
        </w:rPr>
        <w:t xml:space="preserve"> Dressurinteressert? Få praktiske verktøy for videre utvikling.</w:t>
      </w:r>
    </w:p>
    <w:p w14:paraId="7709B4DA" w14:textId="77777777" w:rsidR="00320AB6" w:rsidRPr="00372846" w:rsidRDefault="007C4750">
      <w:pPr>
        <w:rPr>
          <w:lang w:val="nb-NO"/>
        </w:rPr>
      </w:pPr>
      <w:r w:rsidRPr="00372846">
        <w:rPr>
          <w:lang w:val="nb-NO"/>
        </w:rPr>
        <w:t xml:space="preserve">God grunnridning gir mindre konflikter mellom hest og rytter, gjør hesten mer holdbar, og gir deg bedre </w:t>
      </w:r>
      <w:proofErr w:type="spellStart"/>
      <w:r w:rsidRPr="00372846">
        <w:rPr>
          <w:lang w:val="nb-NO"/>
        </w:rPr>
        <w:t>rideopplevelser</w:t>
      </w:r>
      <w:proofErr w:type="spellEnd"/>
      <w:r w:rsidRPr="00372846">
        <w:rPr>
          <w:lang w:val="nb-NO"/>
        </w:rPr>
        <w:t xml:space="preserve"> – uansett gren!</w:t>
      </w:r>
    </w:p>
    <w:p w14:paraId="4A6C0488" w14:textId="77777777" w:rsidR="00320AB6" w:rsidRPr="00372846" w:rsidRDefault="007C4750">
      <w:pPr>
        <w:pStyle w:val="Overskrift2"/>
        <w:rPr>
          <w:lang w:val="nb-NO"/>
        </w:rPr>
      </w:pPr>
      <w:r w:rsidRPr="00372846">
        <w:rPr>
          <w:lang w:val="nb-NO"/>
        </w:rPr>
        <w:t>Hva kan du forvente?</w:t>
      </w:r>
    </w:p>
    <w:p w14:paraId="2CF6C07B" w14:textId="77777777" w:rsidR="00320AB6" w:rsidRPr="00372846" w:rsidRDefault="007C4750">
      <w:pPr>
        <w:rPr>
          <w:lang w:val="nb-NO"/>
        </w:rPr>
      </w:pPr>
      <w:r>
        <w:t>📚</w:t>
      </w:r>
      <w:r w:rsidRPr="00372846">
        <w:rPr>
          <w:lang w:val="nb-NO"/>
        </w:rPr>
        <w:t xml:space="preserve"> Teori med Alexandra Bult-Myhren – Praktiske forklaringer og tips som gjør dressur og bakkearbeid lettfattelig og nyttig for alle.</w:t>
      </w:r>
    </w:p>
    <w:p w14:paraId="4B64EE77" w14:textId="3AD68E0E" w:rsidR="00320AB6" w:rsidRDefault="007C4750">
      <w:pPr>
        <w:rPr>
          <w:lang w:val="nb-NO"/>
        </w:rPr>
      </w:pPr>
      <w:r>
        <w:t>🎠</w:t>
      </w:r>
      <w:r w:rsidRPr="00372846">
        <w:rPr>
          <w:lang w:val="nb-NO"/>
        </w:rPr>
        <w:t xml:space="preserve"> Veiledet riding innenfor </w:t>
      </w:r>
      <w:proofErr w:type="spellStart"/>
      <w:r w:rsidRPr="00372846">
        <w:rPr>
          <w:lang w:val="nb-NO"/>
        </w:rPr>
        <w:t>dressurrailen</w:t>
      </w:r>
      <w:proofErr w:type="spellEnd"/>
      <w:r w:rsidRPr="00372846">
        <w:rPr>
          <w:lang w:val="nb-NO"/>
        </w:rPr>
        <w:t xml:space="preserve"> – Alexandra gir individuell veiledning og tilbakemeldinger på ridning og grunnarbeid.</w:t>
      </w:r>
    </w:p>
    <w:p w14:paraId="12D183ED" w14:textId="39939BDE" w:rsidR="00372846" w:rsidRPr="00372846" w:rsidRDefault="00372846">
      <w:pPr>
        <w:rPr>
          <w:lang w:val="nb-NO"/>
        </w:rPr>
      </w:pPr>
      <w:r w:rsidRPr="00372846">
        <w:rPr>
          <w:rFonts w:ascii="Segoe UI Emoji" w:hAnsi="Segoe UI Emoji" w:cs="Segoe UI Emoji"/>
          <w:lang w:val="nb-NO"/>
        </w:rPr>
        <w:t>🐴</w:t>
      </w:r>
      <w:r w:rsidRPr="00372846">
        <w:rPr>
          <w:lang w:val="nb-NO"/>
        </w:rPr>
        <w:t xml:space="preserve"> </w:t>
      </w:r>
      <w:r>
        <w:rPr>
          <w:lang w:val="nb-NO"/>
        </w:rPr>
        <w:t>Teori og p</w:t>
      </w:r>
      <w:r w:rsidRPr="00372846">
        <w:rPr>
          <w:lang w:val="nb-NO"/>
        </w:rPr>
        <w:t>rogramridning med dommer Tina Solbakken – Se og forstå hvordan rideveier, balanse og samspill påvirker resultatet.</w:t>
      </w:r>
    </w:p>
    <w:p w14:paraId="7A1D38FF" w14:textId="36C8429C" w:rsidR="00320AB6" w:rsidRDefault="007C4750">
      <w:pPr>
        <w:rPr>
          <w:lang w:val="nb-NO"/>
        </w:rPr>
      </w:pPr>
      <w:r>
        <w:t>🎁</w:t>
      </w:r>
      <w:r w:rsidRPr="00372846">
        <w:rPr>
          <w:lang w:val="nb-NO"/>
        </w:rPr>
        <w:t xml:space="preserve"> Deltager</w:t>
      </w:r>
      <w:r w:rsidR="00E3630B">
        <w:rPr>
          <w:lang w:val="nb-NO"/>
        </w:rPr>
        <w:t>sløyfe</w:t>
      </w:r>
      <w:r w:rsidRPr="00372846">
        <w:rPr>
          <w:lang w:val="nb-NO"/>
        </w:rPr>
        <w:t xml:space="preserve"> til alle!</w:t>
      </w:r>
    </w:p>
    <w:p w14:paraId="7C72C5FC" w14:textId="77777777" w:rsidR="00E3630B" w:rsidRDefault="00E3630B">
      <w:pPr>
        <w:rPr>
          <w:lang w:val="nb-NO"/>
        </w:rPr>
      </w:pPr>
    </w:p>
    <w:p w14:paraId="47294224" w14:textId="1E6DEB42" w:rsidR="00C40B28" w:rsidRDefault="00372846">
      <w:pPr>
        <w:rPr>
          <w:lang w:val="nb-NO"/>
        </w:rPr>
      </w:pPr>
      <w:r>
        <w:rPr>
          <w:lang w:val="nb-NO"/>
        </w:rPr>
        <w:t xml:space="preserve">I tillegg kan du fredag og lørdag  </w:t>
      </w:r>
      <w:r w:rsidR="00897D1A">
        <w:rPr>
          <w:lang w:val="nb-NO"/>
        </w:rPr>
        <w:t xml:space="preserve">(etter kl 14) </w:t>
      </w:r>
      <w:r>
        <w:rPr>
          <w:lang w:val="nb-NO"/>
        </w:rPr>
        <w:t xml:space="preserve">se og lære hvordan VM-deltaker i dressur Camilla Kalseth gir gode råd og veiledning til distriktets dressurryttere innenfor railen på AGR.  </w:t>
      </w:r>
      <w:r w:rsidR="00C40B28">
        <w:rPr>
          <w:lang w:val="nb-NO"/>
        </w:rPr>
        <w:t xml:space="preserve">Railen settes opp torsdag kveld og er åpen for alle </w:t>
      </w:r>
      <w:r w:rsidR="00495F20">
        <w:rPr>
          <w:lang w:val="nb-NO"/>
        </w:rPr>
        <w:t xml:space="preserve">til bruk utenom oppsatte tider. Fredag vil den være prioritert for ekvipasjer på Kalseth trening. </w:t>
      </w:r>
      <w:r w:rsidR="006F7547">
        <w:rPr>
          <w:lang w:val="nb-NO"/>
        </w:rPr>
        <w:t>TID KOMMER</w:t>
      </w:r>
    </w:p>
    <w:p w14:paraId="3EED209A" w14:textId="0646A827" w:rsidR="00B06301" w:rsidRPr="0019630E" w:rsidRDefault="00B06301">
      <w:pPr>
        <w:pStyle w:val="Overskrift2"/>
        <w:rPr>
          <w:rFonts w:asciiTheme="minorHAnsi" w:hAnsiTheme="minorHAnsi"/>
          <w:b w:val="0"/>
          <w:bCs w:val="0"/>
          <w:lang w:val="nb-NO"/>
        </w:rPr>
      </w:pPr>
    </w:p>
    <w:p w14:paraId="2342E011" w14:textId="77777777" w:rsidR="00B06301" w:rsidRDefault="00B06301" w:rsidP="00B06301">
      <w:pPr>
        <w:rPr>
          <w:lang w:val="nb-NO"/>
        </w:rPr>
      </w:pPr>
    </w:p>
    <w:p w14:paraId="4E2092CF" w14:textId="12A0D3E1" w:rsidR="00320AB6" w:rsidRPr="00372846" w:rsidRDefault="007C4750">
      <w:pPr>
        <w:pStyle w:val="Overskrift2"/>
        <w:rPr>
          <w:lang w:val="nb-NO"/>
        </w:rPr>
      </w:pPr>
      <w:r w:rsidRPr="00372846">
        <w:rPr>
          <w:lang w:val="nb-NO"/>
        </w:rPr>
        <w:t>Hvem passer dette for?</w:t>
      </w:r>
    </w:p>
    <w:p w14:paraId="52ACF8EC" w14:textId="622EBB93" w:rsidR="00320AB6" w:rsidRPr="00372846" w:rsidRDefault="007C4750">
      <w:pPr>
        <w:rPr>
          <w:lang w:val="nb-NO"/>
        </w:rPr>
      </w:pPr>
      <w:r w:rsidRPr="00372846">
        <w:rPr>
          <w:lang w:val="nb-NO"/>
        </w:rPr>
        <w:t>✔</w:t>
      </w:r>
      <w:r>
        <w:t>️</w:t>
      </w:r>
      <w:r w:rsidRPr="00372846">
        <w:rPr>
          <w:lang w:val="nb-NO"/>
        </w:rPr>
        <w:t xml:space="preserve"> ALLE ryttere – uansett gren og nivå</w:t>
      </w:r>
      <w:r>
        <w:rPr>
          <w:lang w:val="nb-NO"/>
        </w:rPr>
        <w:t>,</w:t>
      </w:r>
    </w:p>
    <w:p w14:paraId="50D65AE3" w14:textId="77777777" w:rsidR="00320AB6" w:rsidRPr="00372846" w:rsidRDefault="007C4750">
      <w:pPr>
        <w:rPr>
          <w:lang w:val="nb-NO"/>
        </w:rPr>
      </w:pPr>
      <w:r w:rsidRPr="00372846">
        <w:rPr>
          <w:lang w:val="nb-NO"/>
        </w:rPr>
        <w:t>✔</w:t>
      </w:r>
      <w:r>
        <w:t>️</w:t>
      </w:r>
      <w:r w:rsidRPr="00372846">
        <w:rPr>
          <w:lang w:val="nb-NO"/>
        </w:rPr>
        <w:t xml:space="preserve"> Deg som vil få en mer samarbeidsvillig og lydhør hest</w:t>
      </w:r>
    </w:p>
    <w:p w14:paraId="4A69988C" w14:textId="77777777" w:rsidR="00320AB6" w:rsidRPr="00372846" w:rsidRDefault="007C4750">
      <w:pPr>
        <w:rPr>
          <w:lang w:val="nb-NO"/>
        </w:rPr>
      </w:pPr>
      <w:r w:rsidRPr="00372846">
        <w:rPr>
          <w:lang w:val="nb-NO"/>
        </w:rPr>
        <w:t>✔</w:t>
      </w:r>
      <w:r>
        <w:t>️</w:t>
      </w:r>
      <w:r w:rsidRPr="00372846">
        <w:rPr>
          <w:lang w:val="nb-NO"/>
        </w:rPr>
        <w:t xml:space="preserve"> Deg som vil forstå hvorfor dressur og bakkearbeid gjør ridningen morsommere og enklere</w:t>
      </w:r>
    </w:p>
    <w:p w14:paraId="500E03C8" w14:textId="77777777" w:rsidR="00320AB6" w:rsidRPr="00372846" w:rsidRDefault="007C4750">
      <w:pPr>
        <w:rPr>
          <w:lang w:val="nb-NO"/>
        </w:rPr>
      </w:pPr>
      <w:r w:rsidRPr="00372846">
        <w:rPr>
          <w:lang w:val="nb-NO"/>
        </w:rPr>
        <w:t>✔</w:t>
      </w:r>
      <w:r>
        <w:t>️</w:t>
      </w:r>
      <w:r w:rsidRPr="00372846">
        <w:rPr>
          <w:lang w:val="nb-NO"/>
        </w:rPr>
        <w:t xml:space="preserve"> Deg som vil ha en inspirerende og lærerik helg med hesten din</w:t>
      </w:r>
    </w:p>
    <w:p w14:paraId="44B3F017" w14:textId="77777777" w:rsidR="00320AB6" w:rsidRPr="00372846" w:rsidRDefault="007C4750">
      <w:pPr>
        <w:pStyle w:val="Overskrift2"/>
        <w:rPr>
          <w:lang w:val="nb-NO"/>
        </w:rPr>
      </w:pPr>
      <w:r w:rsidRPr="00372846">
        <w:rPr>
          <w:lang w:val="nb-NO"/>
        </w:rPr>
        <w:t>Teoritemaer</w:t>
      </w:r>
    </w:p>
    <w:p w14:paraId="460E736E" w14:textId="0B1FDE8E" w:rsidR="00320AB6" w:rsidRPr="00372846" w:rsidRDefault="007C4750">
      <w:pPr>
        <w:rPr>
          <w:lang w:val="nb-NO"/>
        </w:rPr>
      </w:pPr>
      <w:r>
        <w:t>📌</w:t>
      </w:r>
      <w:r w:rsidRPr="00372846">
        <w:rPr>
          <w:lang w:val="nb-NO"/>
        </w:rPr>
        <w:t xml:space="preserve"> Lørdag: «Hva er dressur og bakkearbeid, og hvorfor er det så viktig for alle ekvipasjer uansett gren</w:t>
      </w:r>
      <w:r w:rsidR="00B06301">
        <w:rPr>
          <w:lang w:val="nb-NO"/>
        </w:rPr>
        <w:t xml:space="preserve"> og nivå</w:t>
      </w:r>
      <w:r w:rsidRPr="00372846">
        <w:rPr>
          <w:lang w:val="nb-NO"/>
        </w:rPr>
        <w:t>?</w:t>
      </w:r>
      <w:r w:rsidR="006F7547">
        <w:rPr>
          <w:lang w:val="nb-NO"/>
        </w:rPr>
        <w:t xml:space="preserve"> </w:t>
      </w:r>
      <w:r w:rsidRPr="00372846">
        <w:rPr>
          <w:lang w:val="nb-NO"/>
        </w:rPr>
        <w:t>»</w:t>
      </w:r>
    </w:p>
    <w:p w14:paraId="336F0AF8" w14:textId="60A99406" w:rsidR="00320AB6" w:rsidRDefault="007C4750">
      <w:pPr>
        <w:rPr>
          <w:lang w:val="nb-NO"/>
        </w:rPr>
      </w:pPr>
      <w:r>
        <w:t>📌</w:t>
      </w:r>
      <w:r w:rsidRPr="00372846">
        <w:rPr>
          <w:lang w:val="nb-NO"/>
        </w:rPr>
        <w:t xml:space="preserve"> Søndag: «Hv</w:t>
      </w:r>
      <w:r w:rsidR="00372846">
        <w:rPr>
          <w:lang w:val="nb-NO"/>
        </w:rPr>
        <w:t>a bør jeg tenke på når jeg skal ri et dressurprogram?</w:t>
      </w:r>
      <w:r w:rsidR="006F7547">
        <w:rPr>
          <w:lang w:val="nb-NO"/>
        </w:rPr>
        <w:t xml:space="preserve"> </w:t>
      </w:r>
      <w:r w:rsidR="00372846">
        <w:rPr>
          <w:lang w:val="nb-NO"/>
        </w:rPr>
        <w:t>»</w:t>
      </w:r>
    </w:p>
    <w:p w14:paraId="4782AC95" w14:textId="77777777" w:rsidR="004D42EA" w:rsidRDefault="004D42EA">
      <w:pPr>
        <w:rPr>
          <w:lang w:val="nb-NO"/>
        </w:rPr>
      </w:pPr>
    </w:p>
    <w:p w14:paraId="672B80CD" w14:textId="3E288184" w:rsidR="0062502D" w:rsidRDefault="00C90A73" w:rsidP="007D1752">
      <w:pPr>
        <w:pStyle w:val="Overskrift2"/>
      </w:pPr>
      <w:r>
        <w:t>P</w:t>
      </w:r>
      <w:r w:rsidR="007C4750">
        <w:t>rogram</w:t>
      </w:r>
    </w:p>
    <w:p w14:paraId="27ED2002" w14:textId="77777777" w:rsidR="00024427" w:rsidRPr="00024427" w:rsidRDefault="00024427" w:rsidP="00024427"/>
    <w:tbl>
      <w:tblPr>
        <w:tblW w:w="10067" w:type="dxa"/>
        <w:tblLook w:val="04A0" w:firstRow="1" w:lastRow="0" w:firstColumn="1" w:lastColumn="0" w:noHBand="0" w:noVBand="1"/>
      </w:tblPr>
      <w:tblGrid>
        <w:gridCol w:w="2857"/>
        <w:gridCol w:w="7210"/>
      </w:tblGrid>
      <w:tr w:rsidR="00320AB6" w14:paraId="3D24736A" w14:textId="77777777" w:rsidTr="00537C61">
        <w:trPr>
          <w:trHeight w:val="371"/>
        </w:trPr>
        <w:tc>
          <w:tcPr>
            <w:tcW w:w="2857" w:type="dxa"/>
          </w:tcPr>
          <w:p w14:paraId="65A3F721" w14:textId="00F2CEA8" w:rsidR="00320AB6" w:rsidRPr="00C90A73" w:rsidRDefault="007C4750">
            <w:pPr>
              <w:rPr>
                <w:b/>
                <w:bCs/>
              </w:rPr>
            </w:pPr>
            <w:proofErr w:type="spellStart"/>
            <w:r w:rsidRPr="00C90A73">
              <w:rPr>
                <w:b/>
                <w:bCs/>
              </w:rPr>
              <w:t>Lørdag</w:t>
            </w:r>
            <w:proofErr w:type="spellEnd"/>
            <w:r w:rsidRPr="00C90A73">
              <w:rPr>
                <w:b/>
                <w:bCs/>
              </w:rPr>
              <w:t xml:space="preserve"> 1</w:t>
            </w:r>
            <w:r w:rsidR="00372846" w:rsidRPr="00C90A73">
              <w:rPr>
                <w:b/>
                <w:bCs/>
              </w:rPr>
              <w:t>2</w:t>
            </w:r>
            <w:r w:rsidRPr="00C90A73">
              <w:rPr>
                <w:b/>
                <w:bCs/>
              </w:rPr>
              <w:t xml:space="preserve">. </w:t>
            </w:r>
            <w:proofErr w:type="spellStart"/>
            <w:r w:rsidRPr="00C90A73">
              <w:rPr>
                <w:b/>
                <w:bCs/>
              </w:rPr>
              <w:t>april</w:t>
            </w:r>
            <w:proofErr w:type="spellEnd"/>
          </w:p>
        </w:tc>
        <w:tc>
          <w:tcPr>
            <w:tcW w:w="7210" w:type="dxa"/>
          </w:tcPr>
          <w:p w14:paraId="5E4CA360" w14:textId="77777777" w:rsidR="006F7547" w:rsidRDefault="006F7547"/>
        </w:tc>
      </w:tr>
      <w:tr w:rsidR="006F7547" w:rsidRPr="00F41547" w14:paraId="03AE425E" w14:textId="77777777" w:rsidTr="00537C61">
        <w:trPr>
          <w:trHeight w:val="363"/>
        </w:trPr>
        <w:tc>
          <w:tcPr>
            <w:tcW w:w="2857" w:type="dxa"/>
          </w:tcPr>
          <w:p w14:paraId="6FF6464C" w14:textId="678A0D07" w:rsidR="006F7547" w:rsidRPr="006F7547" w:rsidRDefault="006F7547">
            <w:r w:rsidRPr="006F7547">
              <w:t xml:space="preserve">09:00 – </w:t>
            </w:r>
            <w:r w:rsidR="004D42EA">
              <w:t>09</w:t>
            </w:r>
            <w:r w:rsidRPr="006F7547">
              <w:t>:</w:t>
            </w:r>
            <w:r w:rsidR="004D42EA">
              <w:t>3</w:t>
            </w:r>
            <w:r w:rsidRPr="006F7547">
              <w:t>0</w:t>
            </w:r>
          </w:p>
        </w:tc>
        <w:tc>
          <w:tcPr>
            <w:tcW w:w="7210" w:type="dxa"/>
          </w:tcPr>
          <w:p w14:paraId="55F3C3E0" w14:textId="7FFCD192" w:rsidR="006F7547" w:rsidRPr="006F7547" w:rsidRDefault="006F7547">
            <w:pPr>
              <w:rPr>
                <w:lang w:val="nb-NO"/>
              </w:rPr>
            </w:pPr>
            <w:r w:rsidRPr="006F7547">
              <w:rPr>
                <w:lang w:val="nb-NO"/>
              </w:rPr>
              <w:t xml:space="preserve">Første time i </w:t>
            </w:r>
            <w:proofErr w:type="spellStart"/>
            <w:r w:rsidRPr="006F7547">
              <w:rPr>
                <w:lang w:val="nb-NO"/>
              </w:rPr>
              <w:t>rail</w:t>
            </w:r>
            <w:proofErr w:type="spellEnd"/>
            <w:r w:rsidRPr="006F7547">
              <w:rPr>
                <w:lang w:val="nb-NO"/>
              </w:rPr>
              <w:t xml:space="preserve"> med Alexandra.</w:t>
            </w:r>
          </w:p>
        </w:tc>
      </w:tr>
      <w:tr w:rsidR="00320AB6" w:rsidRPr="00F41547" w14:paraId="68EE355C" w14:textId="77777777" w:rsidTr="00537C61">
        <w:trPr>
          <w:trHeight w:val="595"/>
        </w:trPr>
        <w:tc>
          <w:tcPr>
            <w:tcW w:w="2857" w:type="dxa"/>
          </w:tcPr>
          <w:p w14:paraId="3A6C85AC" w14:textId="615599FE" w:rsidR="00320AB6" w:rsidRDefault="007C4750">
            <w:r>
              <w:t>09:</w:t>
            </w:r>
            <w:r w:rsidR="00372846">
              <w:t>3</w:t>
            </w:r>
            <w:r>
              <w:t>0 – 10:</w:t>
            </w:r>
            <w:r w:rsidR="00372846">
              <w:t>3</w:t>
            </w:r>
            <w:r>
              <w:t>0</w:t>
            </w:r>
          </w:p>
        </w:tc>
        <w:tc>
          <w:tcPr>
            <w:tcW w:w="7210" w:type="dxa"/>
          </w:tcPr>
          <w:p w14:paraId="7050DAFE" w14:textId="77777777" w:rsidR="00320AB6" w:rsidRPr="00372846" w:rsidRDefault="007C4750">
            <w:pPr>
              <w:rPr>
                <w:lang w:val="nb-NO"/>
              </w:rPr>
            </w:pPr>
            <w:r w:rsidRPr="00372846">
              <w:rPr>
                <w:lang w:val="nb-NO"/>
              </w:rPr>
              <w:t>Teori med Alexandra Bult-Myhren – «Hva er dressur og bakkearbeid, og hvorfor er det så viktig for alle ekvipasjer?»</w:t>
            </w:r>
          </w:p>
        </w:tc>
      </w:tr>
      <w:tr w:rsidR="00320AB6" w14:paraId="48270480" w14:textId="77777777" w:rsidTr="00537C61">
        <w:trPr>
          <w:trHeight w:val="363"/>
        </w:trPr>
        <w:tc>
          <w:tcPr>
            <w:tcW w:w="2857" w:type="dxa"/>
          </w:tcPr>
          <w:p w14:paraId="15820AA1" w14:textId="690EC062" w:rsidR="00320AB6" w:rsidRDefault="007C4750">
            <w:r>
              <w:t>10:</w:t>
            </w:r>
            <w:r w:rsidR="00372846">
              <w:t>3</w:t>
            </w:r>
            <w:r>
              <w:t>0 – 1</w:t>
            </w:r>
            <w:r w:rsidR="00372846">
              <w:t>1</w:t>
            </w:r>
            <w:r>
              <w:t>:</w:t>
            </w:r>
            <w:r w:rsidR="00C90A73">
              <w:t>00</w:t>
            </w:r>
          </w:p>
        </w:tc>
        <w:tc>
          <w:tcPr>
            <w:tcW w:w="7210" w:type="dxa"/>
          </w:tcPr>
          <w:p w14:paraId="38DE6DCC" w14:textId="74167B33" w:rsidR="00320AB6" w:rsidRDefault="00372846">
            <w:r>
              <w:t>Pause/</w:t>
            </w:r>
            <w:proofErr w:type="spellStart"/>
            <w:r>
              <w:t>lunsj</w:t>
            </w:r>
            <w:proofErr w:type="spellEnd"/>
          </w:p>
        </w:tc>
      </w:tr>
      <w:tr w:rsidR="00320AB6" w:rsidRPr="00F41547" w14:paraId="1F4D4B22" w14:textId="77777777" w:rsidTr="00537C61">
        <w:trPr>
          <w:trHeight w:val="3485"/>
        </w:trPr>
        <w:tc>
          <w:tcPr>
            <w:tcW w:w="2857" w:type="dxa"/>
          </w:tcPr>
          <w:p w14:paraId="1BE470BA" w14:textId="2292B93F" w:rsidR="00320AB6" w:rsidRDefault="007C4750">
            <w:r>
              <w:t>1</w:t>
            </w:r>
            <w:r w:rsidR="00C90A73">
              <w:t>1</w:t>
            </w:r>
            <w:r>
              <w:t>:</w:t>
            </w:r>
            <w:r w:rsidR="00C90A73">
              <w:t>00</w:t>
            </w:r>
            <w:r>
              <w:t xml:space="preserve"> – 1</w:t>
            </w:r>
            <w:r w:rsidR="00C90A73">
              <w:t>4</w:t>
            </w:r>
            <w:r>
              <w:t>:</w:t>
            </w:r>
            <w:r w:rsidR="00C90A73">
              <w:t>0</w:t>
            </w:r>
            <w:r w:rsidR="00A357DD">
              <w:t>0</w:t>
            </w:r>
          </w:p>
        </w:tc>
        <w:tc>
          <w:tcPr>
            <w:tcW w:w="7210" w:type="dxa"/>
          </w:tcPr>
          <w:p w14:paraId="1D39A67B" w14:textId="77777777" w:rsidR="006F7547" w:rsidRDefault="00C90A73" w:rsidP="00C90A73">
            <w:pPr>
              <w:rPr>
                <w:lang w:val="nb-NO"/>
              </w:rPr>
            </w:pPr>
            <w:r w:rsidRPr="00C90A73">
              <w:rPr>
                <w:lang w:val="nb-NO"/>
              </w:rPr>
              <w:t xml:space="preserve">Veiledning innenfor </w:t>
            </w:r>
            <w:proofErr w:type="spellStart"/>
            <w:r w:rsidRPr="00C90A73">
              <w:rPr>
                <w:lang w:val="nb-NO"/>
              </w:rPr>
              <w:t>dressurrailen</w:t>
            </w:r>
            <w:proofErr w:type="spellEnd"/>
            <w:r w:rsidRPr="00C90A73">
              <w:rPr>
                <w:lang w:val="nb-NO"/>
              </w:rPr>
              <w:t xml:space="preserve"> – Individuell oppfølging med Alexandra Bult-Myhren</w:t>
            </w:r>
            <w:r>
              <w:rPr>
                <w:lang w:val="nb-NO"/>
              </w:rPr>
              <w:t xml:space="preserve">. </w:t>
            </w:r>
          </w:p>
          <w:p w14:paraId="5BA2F519" w14:textId="77777777" w:rsidR="006F7547" w:rsidRDefault="00C90A73" w:rsidP="006F7547">
            <w:pPr>
              <w:rPr>
                <w:lang w:val="nb-NO"/>
              </w:rPr>
            </w:pPr>
            <w:r>
              <w:rPr>
                <w:lang w:val="nb-NO"/>
              </w:rPr>
              <w:t xml:space="preserve">2 ekvipasjer rir samtidig, 30 minutters økt. Møt ferdig oppvarmet. Beskjed om </w:t>
            </w:r>
            <w:proofErr w:type="spellStart"/>
            <w:r>
              <w:rPr>
                <w:lang w:val="nb-NO"/>
              </w:rPr>
              <w:t>ridetider</w:t>
            </w:r>
            <w:proofErr w:type="spellEnd"/>
            <w:r>
              <w:rPr>
                <w:lang w:val="nb-NO"/>
              </w:rPr>
              <w:t xml:space="preserve"> sendes/publiseres 10 april. </w:t>
            </w:r>
          </w:p>
          <w:p w14:paraId="25C55B53" w14:textId="3F7FF5ED" w:rsidR="004D42EA" w:rsidRPr="00372846" w:rsidRDefault="006F7547" w:rsidP="00C90A73">
            <w:pPr>
              <w:rPr>
                <w:lang w:val="nb-NO"/>
              </w:rPr>
            </w:pPr>
            <w:r>
              <w:rPr>
                <w:lang w:val="nb-NO"/>
              </w:rPr>
              <w:t>For de som også vil være med på progr</w:t>
            </w:r>
            <w:r w:rsidR="004D42EA">
              <w:rPr>
                <w:lang w:val="nb-NO"/>
              </w:rPr>
              <w:t>amtrening søndag; ønsket program må avklares</w:t>
            </w:r>
            <w:r>
              <w:rPr>
                <w:lang w:val="nb-NO"/>
              </w:rPr>
              <w:t xml:space="preserve"> (i samarbeid med Alexandra)  </w:t>
            </w:r>
            <w:r w:rsidR="004D42EA">
              <w:rPr>
                <w:lang w:val="nb-NO"/>
              </w:rPr>
              <w:t>i løpet av lørdagen</w:t>
            </w:r>
            <w:r w:rsidR="0062502D">
              <w:rPr>
                <w:lang w:val="nb-NO"/>
              </w:rPr>
              <w:t xml:space="preserve">. </w:t>
            </w:r>
          </w:p>
        </w:tc>
      </w:tr>
      <w:tr w:rsidR="00320AB6" w14:paraId="14DCFBF9" w14:textId="77777777" w:rsidTr="00537C61">
        <w:trPr>
          <w:trHeight w:val="371"/>
        </w:trPr>
        <w:tc>
          <w:tcPr>
            <w:tcW w:w="2857" w:type="dxa"/>
          </w:tcPr>
          <w:p w14:paraId="3A2B6A40" w14:textId="49396947" w:rsidR="00320AB6" w:rsidRPr="00C90A73" w:rsidRDefault="007C4750">
            <w:pPr>
              <w:rPr>
                <w:b/>
                <w:bCs/>
              </w:rPr>
            </w:pPr>
            <w:proofErr w:type="spellStart"/>
            <w:r w:rsidRPr="00C90A73">
              <w:rPr>
                <w:b/>
                <w:bCs/>
              </w:rPr>
              <w:lastRenderedPageBreak/>
              <w:t>Søndag</w:t>
            </w:r>
            <w:proofErr w:type="spellEnd"/>
            <w:r w:rsidRPr="00C90A73">
              <w:rPr>
                <w:b/>
                <w:bCs/>
              </w:rPr>
              <w:t xml:space="preserve"> 1</w:t>
            </w:r>
            <w:r w:rsidR="00C90A73" w:rsidRPr="00C90A73">
              <w:rPr>
                <w:b/>
                <w:bCs/>
              </w:rPr>
              <w:t>3</w:t>
            </w:r>
            <w:r w:rsidRPr="00C90A73">
              <w:rPr>
                <w:b/>
                <w:bCs/>
              </w:rPr>
              <w:t xml:space="preserve">. </w:t>
            </w:r>
            <w:proofErr w:type="spellStart"/>
            <w:r w:rsidRPr="00C90A73">
              <w:rPr>
                <w:b/>
                <w:bCs/>
              </w:rPr>
              <w:t>april</w:t>
            </w:r>
            <w:proofErr w:type="spellEnd"/>
          </w:p>
        </w:tc>
        <w:tc>
          <w:tcPr>
            <w:tcW w:w="7210" w:type="dxa"/>
          </w:tcPr>
          <w:p w14:paraId="2E97E946" w14:textId="77777777" w:rsidR="00C0470D" w:rsidRDefault="00C0470D"/>
        </w:tc>
      </w:tr>
      <w:tr w:rsidR="00320AB6" w:rsidRPr="00F41547" w14:paraId="7F41D035" w14:textId="77777777" w:rsidTr="00537C61">
        <w:trPr>
          <w:trHeight w:val="588"/>
        </w:trPr>
        <w:tc>
          <w:tcPr>
            <w:tcW w:w="2857" w:type="dxa"/>
          </w:tcPr>
          <w:p w14:paraId="7CBB3541" w14:textId="4C8EA3AD" w:rsidR="00320AB6" w:rsidRDefault="0070657D">
            <w:r>
              <w:t>10</w:t>
            </w:r>
            <w:r w:rsidR="007C4750">
              <w:t>:00 – 1</w:t>
            </w:r>
            <w:r>
              <w:t>1</w:t>
            </w:r>
            <w:r w:rsidR="007C4750">
              <w:t>:00</w:t>
            </w:r>
          </w:p>
        </w:tc>
        <w:tc>
          <w:tcPr>
            <w:tcW w:w="7210" w:type="dxa"/>
          </w:tcPr>
          <w:p w14:paraId="34F6E87D" w14:textId="5AACC6F5" w:rsidR="00320AB6" w:rsidRPr="00372846" w:rsidRDefault="007C4750">
            <w:pPr>
              <w:rPr>
                <w:lang w:val="nb-NO"/>
              </w:rPr>
            </w:pPr>
            <w:r w:rsidRPr="00372846">
              <w:rPr>
                <w:lang w:val="nb-NO"/>
              </w:rPr>
              <w:t xml:space="preserve">Teori med </w:t>
            </w:r>
            <w:r w:rsidR="0070657D">
              <w:rPr>
                <w:lang w:val="nb-NO"/>
              </w:rPr>
              <w:t>dressurdommer Tina Solbakken</w:t>
            </w:r>
            <w:r w:rsidRPr="00372846">
              <w:rPr>
                <w:lang w:val="nb-NO"/>
              </w:rPr>
              <w:t xml:space="preserve"> – «Hvordan </w:t>
            </w:r>
            <w:r w:rsidR="0070657D">
              <w:rPr>
                <w:lang w:val="nb-NO"/>
              </w:rPr>
              <w:t xml:space="preserve">ri et dressurprogram – sett med </w:t>
            </w:r>
            <w:r>
              <w:rPr>
                <w:lang w:val="nb-NO"/>
              </w:rPr>
              <w:t xml:space="preserve">en </w:t>
            </w:r>
            <w:r w:rsidR="0070657D">
              <w:rPr>
                <w:lang w:val="nb-NO"/>
              </w:rPr>
              <w:t>dommers øyne»</w:t>
            </w:r>
          </w:p>
        </w:tc>
      </w:tr>
      <w:tr w:rsidR="00320AB6" w14:paraId="65320A91" w14:textId="77777777" w:rsidTr="00537C61">
        <w:trPr>
          <w:trHeight w:val="371"/>
        </w:trPr>
        <w:tc>
          <w:tcPr>
            <w:tcW w:w="2857" w:type="dxa"/>
          </w:tcPr>
          <w:p w14:paraId="1ADD886D" w14:textId="62E43690" w:rsidR="00320AB6" w:rsidRDefault="007C4750">
            <w:r>
              <w:t>1</w:t>
            </w:r>
            <w:r w:rsidR="0070657D">
              <w:t>1</w:t>
            </w:r>
            <w:r>
              <w:t>:00 – 1</w:t>
            </w:r>
            <w:r w:rsidR="0070657D">
              <w:t>1</w:t>
            </w:r>
            <w:r>
              <w:t>:30</w:t>
            </w:r>
          </w:p>
        </w:tc>
        <w:tc>
          <w:tcPr>
            <w:tcW w:w="7210" w:type="dxa"/>
          </w:tcPr>
          <w:p w14:paraId="3FC78B26" w14:textId="2964CE11" w:rsidR="00320AB6" w:rsidRDefault="007C4750">
            <w:r>
              <w:t>Pause</w:t>
            </w:r>
            <w:r w:rsidR="0070657D">
              <w:t>/</w:t>
            </w:r>
            <w:proofErr w:type="spellStart"/>
            <w:r w:rsidR="0070657D">
              <w:t>lunsj</w:t>
            </w:r>
            <w:proofErr w:type="spellEnd"/>
          </w:p>
        </w:tc>
      </w:tr>
      <w:tr w:rsidR="00320AB6" w:rsidRPr="00F41547" w14:paraId="672B089E" w14:textId="77777777" w:rsidTr="00537C61">
        <w:trPr>
          <w:trHeight w:val="1028"/>
        </w:trPr>
        <w:tc>
          <w:tcPr>
            <w:tcW w:w="2857" w:type="dxa"/>
          </w:tcPr>
          <w:p w14:paraId="4BCC4DBE" w14:textId="1973D4BC" w:rsidR="0070657D" w:rsidRDefault="0070657D">
            <w:r>
              <w:t>1</w:t>
            </w:r>
            <w:r w:rsidR="00027C01">
              <w:t>1</w:t>
            </w:r>
            <w:r>
              <w:t>:</w:t>
            </w:r>
            <w:r w:rsidR="00027C01">
              <w:t>3</w:t>
            </w:r>
            <w:r>
              <w:t>0 – 1</w:t>
            </w:r>
            <w:r w:rsidR="00581398">
              <w:t>4</w:t>
            </w:r>
            <w:r>
              <w:t>:</w:t>
            </w:r>
            <w:r w:rsidR="00581398">
              <w:t>30</w:t>
            </w:r>
          </w:p>
        </w:tc>
        <w:tc>
          <w:tcPr>
            <w:tcW w:w="7210" w:type="dxa"/>
          </w:tcPr>
          <w:p w14:paraId="77CF4F88" w14:textId="70455871" w:rsidR="00E80ECE" w:rsidRPr="00372846" w:rsidRDefault="007C4750" w:rsidP="00DA7159">
            <w:pPr>
              <w:rPr>
                <w:lang w:val="nb-NO"/>
              </w:rPr>
            </w:pPr>
            <w:r w:rsidRPr="00372846">
              <w:rPr>
                <w:lang w:val="nb-NO"/>
              </w:rPr>
              <w:t xml:space="preserve">Programridning med dommer Tina </w:t>
            </w:r>
            <w:r w:rsidR="0070657D">
              <w:rPr>
                <w:lang w:val="nb-NO"/>
              </w:rPr>
              <w:t>S</w:t>
            </w:r>
            <w:r w:rsidRPr="00372846">
              <w:rPr>
                <w:lang w:val="nb-NO"/>
              </w:rPr>
              <w:t>olbakken</w:t>
            </w:r>
            <w:r w:rsidR="00B06301">
              <w:rPr>
                <w:lang w:val="nb-NO"/>
              </w:rPr>
              <w:t xml:space="preserve">. Dette er valgfritt og programmer kan leses her:  </w:t>
            </w:r>
            <w:hyperlink r:id="rId6" w:history="1">
              <w:r w:rsidR="00B06301" w:rsidRPr="00711952">
                <w:rPr>
                  <w:rStyle w:val="Hyperkobling"/>
                  <w:lang w:val="nb-NO"/>
                </w:rPr>
                <w:t>https://www.rytter.no/grener/dressur/dressurprogram/lette-klasser-dressur</w:t>
              </w:r>
            </w:hyperlink>
            <w:r w:rsidR="00B06301">
              <w:rPr>
                <w:lang w:val="nb-NO"/>
              </w:rPr>
              <w:t xml:space="preserve"> </w:t>
            </w:r>
            <w:r w:rsidR="00CC5695">
              <w:rPr>
                <w:lang w:val="nb-NO"/>
              </w:rPr>
              <w:t xml:space="preserve">  </w:t>
            </w:r>
          </w:p>
        </w:tc>
      </w:tr>
    </w:tbl>
    <w:p w14:paraId="695AB4B7" w14:textId="77777777" w:rsidR="00320AB6" w:rsidRPr="00372846" w:rsidRDefault="007C4750">
      <w:pPr>
        <w:pStyle w:val="Overskrift2"/>
        <w:rPr>
          <w:lang w:val="nb-NO"/>
        </w:rPr>
      </w:pPr>
      <w:r w:rsidRPr="00372846">
        <w:rPr>
          <w:lang w:val="nb-NO"/>
        </w:rPr>
        <w:t>Påmelding</w:t>
      </w:r>
    </w:p>
    <w:p w14:paraId="57D3C358" w14:textId="76A2C7E9" w:rsidR="00320AB6" w:rsidRPr="00372846" w:rsidRDefault="007C4750">
      <w:pPr>
        <w:rPr>
          <w:lang w:val="nb-NO"/>
        </w:rPr>
      </w:pPr>
      <w:r>
        <w:t>📩</w:t>
      </w:r>
      <w:r w:rsidRPr="00372846">
        <w:rPr>
          <w:lang w:val="nb-NO"/>
        </w:rPr>
        <w:t xml:space="preserve"> Frist for påmelding: </w:t>
      </w:r>
      <w:r w:rsidR="00B06301" w:rsidRPr="004D42EA">
        <w:rPr>
          <w:b/>
          <w:bCs/>
          <w:lang w:val="nb-NO"/>
        </w:rPr>
        <w:t>søndag 6. april</w:t>
      </w:r>
      <w:r w:rsidR="00B06301">
        <w:rPr>
          <w:lang w:val="nb-NO"/>
        </w:rPr>
        <w:t xml:space="preserve"> 2025</w:t>
      </w:r>
    </w:p>
    <w:p w14:paraId="71F9F243" w14:textId="3734FA95" w:rsidR="00320AB6" w:rsidRPr="004108CF" w:rsidRDefault="007C4750">
      <w:pPr>
        <w:rPr>
          <w:lang w:val="nb-NO"/>
        </w:rPr>
      </w:pPr>
      <w:r>
        <w:t>📍</w:t>
      </w:r>
      <w:r w:rsidRPr="00372846">
        <w:rPr>
          <w:lang w:val="nb-NO"/>
        </w:rPr>
        <w:t xml:space="preserve"> Antall plasser: </w:t>
      </w:r>
      <w:r w:rsidR="00B06301">
        <w:rPr>
          <w:lang w:val="nb-NO"/>
        </w:rPr>
        <w:t xml:space="preserve">12 deltakere lørdag og 12 deltakere søndag </w:t>
      </w:r>
      <w:r w:rsidR="004108CF">
        <w:rPr>
          <w:lang w:val="nb-NO"/>
        </w:rPr>
        <w:t xml:space="preserve">kommer </w:t>
      </w:r>
      <w:r w:rsidR="00B06301">
        <w:rPr>
          <w:lang w:val="nb-NO"/>
        </w:rPr>
        <w:t>(</w:t>
      </w:r>
      <w:r w:rsidR="00B06301" w:rsidRPr="004D42EA">
        <w:rPr>
          <w:lang w:val="nb-NO"/>
        </w:rPr>
        <w:t>deltakere lørdag blir prioritert</w:t>
      </w:r>
      <w:r w:rsidR="00B43D36" w:rsidRPr="004D42EA">
        <w:rPr>
          <w:lang w:val="nb-NO"/>
        </w:rPr>
        <w:t xml:space="preserve"> søndag</w:t>
      </w:r>
      <w:r w:rsidR="004D42EA">
        <w:rPr>
          <w:lang w:val="nb-NO"/>
        </w:rPr>
        <w:t xml:space="preserve"> dersom ventelister</w:t>
      </w:r>
      <w:r w:rsidR="00B06301" w:rsidRPr="004D42EA">
        <w:rPr>
          <w:lang w:val="nb-NO"/>
        </w:rPr>
        <w:t>).</w:t>
      </w:r>
      <w:r w:rsidR="00B06301" w:rsidRPr="004108CF">
        <w:rPr>
          <w:lang w:val="nb-NO"/>
        </w:rPr>
        <w:t xml:space="preserve"> </w:t>
      </w:r>
    </w:p>
    <w:p w14:paraId="1CCFF8BE" w14:textId="754C2198" w:rsidR="00320AB6" w:rsidRDefault="007C4750">
      <w:pPr>
        <w:rPr>
          <w:lang w:val="nb-NO"/>
        </w:rPr>
      </w:pPr>
      <w:r>
        <w:t>💰</w:t>
      </w:r>
      <w:r w:rsidRPr="00372846">
        <w:rPr>
          <w:lang w:val="nb-NO"/>
        </w:rPr>
        <w:t xml:space="preserve"> Pris: </w:t>
      </w:r>
      <w:r w:rsidR="000E2ED2">
        <w:rPr>
          <w:lang w:val="nb-NO"/>
        </w:rPr>
        <w:t xml:space="preserve">Deltakelse lørdag (inkl. teori, 30 min ridning og lunsj) kr 150,- </w:t>
      </w:r>
    </w:p>
    <w:p w14:paraId="328CD7C6" w14:textId="6AA1020C" w:rsidR="000E2ED2" w:rsidRDefault="000E2ED2">
      <w:pPr>
        <w:rPr>
          <w:lang w:val="nb-NO"/>
        </w:rPr>
      </w:pPr>
      <w:r>
        <w:rPr>
          <w:lang w:val="nb-NO"/>
        </w:rPr>
        <w:tab/>
        <w:t>Deltakelse søndag (inkl teori, 15 min programridning, bedømming og lunsj) kr 200,-</w:t>
      </w:r>
    </w:p>
    <w:p w14:paraId="31904EF5" w14:textId="3F77C8B0" w:rsidR="000E2ED2" w:rsidRDefault="000E2ED2">
      <w:pPr>
        <w:rPr>
          <w:lang w:val="nb-NO"/>
        </w:rPr>
      </w:pPr>
      <w:r>
        <w:rPr>
          <w:lang w:val="nb-NO"/>
        </w:rPr>
        <w:tab/>
        <w:t xml:space="preserve">For eksterne deltakere tilkommer </w:t>
      </w:r>
      <w:proofErr w:type="spellStart"/>
      <w:r>
        <w:rPr>
          <w:lang w:val="nb-NO"/>
        </w:rPr>
        <w:t>senterleie</w:t>
      </w:r>
      <w:proofErr w:type="spellEnd"/>
      <w:r>
        <w:rPr>
          <w:lang w:val="nb-NO"/>
        </w:rPr>
        <w:t xml:space="preserve"> kr 200,-</w:t>
      </w:r>
      <w:r w:rsidR="004F11AD">
        <w:rPr>
          <w:lang w:val="nb-NO"/>
        </w:rPr>
        <w:t xml:space="preserve"> (ikke-medl.), kr 100,- (medl.)</w:t>
      </w:r>
    </w:p>
    <w:p w14:paraId="548CF387" w14:textId="433BF9B2" w:rsidR="004B754E" w:rsidRDefault="004B754E">
      <w:pPr>
        <w:rPr>
          <w:lang w:val="nb-NO"/>
        </w:rPr>
      </w:pPr>
      <w:r>
        <w:rPr>
          <w:lang w:val="nb-NO"/>
        </w:rPr>
        <w:tab/>
      </w:r>
      <w:hyperlink r:id="rId7" w:history="1">
        <w:r w:rsidRPr="00A855E6">
          <w:rPr>
            <w:rStyle w:val="Hyperkobling"/>
            <w:lang w:val="nb-NO"/>
          </w:rPr>
          <w:t>https://www.agrideklubb.no/next/p/12537/priser</w:t>
        </w:r>
      </w:hyperlink>
      <w:r>
        <w:rPr>
          <w:lang w:val="nb-NO"/>
        </w:rPr>
        <w:t xml:space="preserve"> </w:t>
      </w:r>
      <w:r w:rsidR="007C4750">
        <w:rPr>
          <w:lang w:val="nb-NO"/>
        </w:rPr>
        <w:tab/>
      </w:r>
    </w:p>
    <w:p w14:paraId="1A956C46" w14:textId="3C9B1DC6" w:rsidR="007C4750" w:rsidRDefault="007C4750">
      <w:pPr>
        <w:rPr>
          <w:lang w:val="nb-NO"/>
        </w:rPr>
      </w:pPr>
      <w:r>
        <w:rPr>
          <w:lang w:val="nb-NO"/>
        </w:rPr>
        <w:t>Dersom overnatting med oppstalling er ønskelig så ta kontakt</w:t>
      </w:r>
      <w:r w:rsidR="000B4085">
        <w:rPr>
          <w:lang w:val="nb-NO"/>
        </w:rPr>
        <w:t xml:space="preserve"> med daglig leder</w:t>
      </w:r>
      <w:r>
        <w:rPr>
          <w:lang w:val="nb-NO"/>
        </w:rPr>
        <w:t xml:space="preserve">. </w:t>
      </w:r>
      <w:r w:rsidR="000B4085">
        <w:rPr>
          <w:lang w:val="nb-NO"/>
        </w:rPr>
        <w:t xml:space="preserve"> </w:t>
      </w:r>
      <w:hyperlink r:id="rId8" w:history="1">
        <w:r w:rsidR="000B4085" w:rsidRPr="00A855E6">
          <w:rPr>
            <w:rStyle w:val="Hyperkobling"/>
            <w:lang w:val="nb-NO"/>
          </w:rPr>
          <w:t>https://www.agrideklubb.no/next/p/12558/ansatte</w:t>
        </w:r>
      </w:hyperlink>
      <w:r w:rsidR="000B4085">
        <w:rPr>
          <w:lang w:val="nb-NO"/>
        </w:rPr>
        <w:t xml:space="preserve"> </w:t>
      </w:r>
    </w:p>
    <w:p w14:paraId="2EE00220" w14:textId="44DDBA87" w:rsidR="000E2ED2" w:rsidRDefault="007C4750">
      <w:pPr>
        <w:rPr>
          <w:lang w:val="nb-NO"/>
        </w:rPr>
      </w:pPr>
      <w:r>
        <w:rPr>
          <w:lang w:val="nb-NO"/>
        </w:rPr>
        <w:t>Er du</w:t>
      </w:r>
      <w:r w:rsidR="00B06301">
        <w:rPr>
          <w:lang w:val="nb-NO"/>
        </w:rPr>
        <w:t xml:space="preserve"> nysgjerrige på teorien, men ikke kan ri/har hest så er du hjertelig velkommen</w:t>
      </w:r>
      <w:r>
        <w:rPr>
          <w:lang w:val="nb-NO"/>
        </w:rPr>
        <w:t xml:space="preserve">! </w:t>
      </w:r>
      <w:r w:rsidR="00B06301">
        <w:rPr>
          <w:lang w:val="nb-NO"/>
        </w:rPr>
        <w:t xml:space="preserve"> Kafeen er åpen lørdag og søndag.</w:t>
      </w:r>
    </w:p>
    <w:p w14:paraId="776F4BED" w14:textId="51F49409" w:rsidR="000E2ED2" w:rsidRDefault="000E2ED2" w:rsidP="0063457D">
      <w:pPr>
        <w:spacing w:after="120"/>
        <w:rPr>
          <w:lang w:val="nb-NO"/>
        </w:rPr>
      </w:pPr>
      <w:r w:rsidRPr="0027776A">
        <w:rPr>
          <w:b/>
          <w:bCs/>
          <w:lang w:val="nb-NO"/>
        </w:rPr>
        <w:t>Lørdagens trening</w:t>
      </w:r>
      <w:r>
        <w:rPr>
          <w:lang w:val="nb-NO"/>
        </w:rPr>
        <w:t xml:space="preserve">: </w:t>
      </w:r>
      <w:r w:rsidR="007C4750" w:rsidRPr="00372846">
        <w:rPr>
          <w:lang w:val="nb-NO"/>
        </w:rPr>
        <w:t xml:space="preserve">Meld deg på </w:t>
      </w:r>
      <w:r>
        <w:rPr>
          <w:lang w:val="nb-NO"/>
        </w:rPr>
        <w:t xml:space="preserve">til Marianne Grigson, epost: </w:t>
      </w:r>
      <w:hyperlink r:id="rId9" w:history="1">
        <w:r w:rsidRPr="00711952">
          <w:rPr>
            <w:rStyle w:val="Hyperkobling"/>
            <w:lang w:val="nb-NO"/>
          </w:rPr>
          <w:t>marianne@tomstad.no</w:t>
        </w:r>
      </w:hyperlink>
      <w:r>
        <w:rPr>
          <w:lang w:val="nb-NO"/>
        </w:rPr>
        <w:t xml:space="preserve">  </w:t>
      </w:r>
    </w:p>
    <w:p w14:paraId="3C426C66" w14:textId="082FC63D" w:rsidR="00CA7A9E" w:rsidRDefault="00CA7A9E">
      <w:pPr>
        <w:rPr>
          <w:lang w:val="nb-NO"/>
        </w:rPr>
      </w:pPr>
      <w:r>
        <w:rPr>
          <w:lang w:val="nb-NO"/>
        </w:rPr>
        <w:t xml:space="preserve">(Navn/alder rytter, Navn/rase hest, </w:t>
      </w:r>
      <w:proofErr w:type="spellStart"/>
      <w:r>
        <w:rPr>
          <w:lang w:val="nb-NO"/>
        </w:rPr>
        <w:t>hovedgren:tur</w:t>
      </w:r>
      <w:proofErr w:type="spellEnd"/>
      <w:r>
        <w:rPr>
          <w:lang w:val="nb-NO"/>
        </w:rPr>
        <w:t>/dressur/sprang/fel</w:t>
      </w:r>
      <w:r w:rsidR="00CE1D4B">
        <w:rPr>
          <w:lang w:val="nb-NO"/>
        </w:rPr>
        <w:t>tritt</w:t>
      </w:r>
      <w:r w:rsidR="000B685C">
        <w:rPr>
          <w:lang w:val="nb-NO"/>
        </w:rPr>
        <w:t xml:space="preserve"> event</w:t>
      </w:r>
      <w:r w:rsidR="009F2257">
        <w:rPr>
          <w:lang w:val="nb-NO"/>
        </w:rPr>
        <w:t>uelt ø</w:t>
      </w:r>
      <w:r w:rsidR="00CE10BC">
        <w:rPr>
          <w:lang w:val="nb-NO"/>
        </w:rPr>
        <w:t xml:space="preserve">nske </w:t>
      </w:r>
      <w:r w:rsidR="009F2257">
        <w:rPr>
          <w:lang w:val="nb-NO"/>
        </w:rPr>
        <w:t xml:space="preserve">om </w:t>
      </w:r>
      <w:r w:rsidR="00CE10BC">
        <w:rPr>
          <w:lang w:val="nb-NO"/>
        </w:rPr>
        <w:t xml:space="preserve">ekvipasje å ri </w:t>
      </w:r>
      <w:r w:rsidR="009F2257">
        <w:rPr>
          <w:lang w:val="nb-NO"/>
        </w:rPr>
        <w:t xml:space="preserve">på time </w:t>
      </w:r>
      <w:r w:rsidR="00CE10BC">
        <w:rPr>
          <w:lang w:val="nb-NO"/>
        </w:rPr>
        <w:t>med</w:t>
      </w:r>
      <w:r w:rsidR="00A13128">
        <w:rPr>
          <w:lang w:val="nb-NO"/>
        </w:rPr>
        <w:t xml:space="preserve"> </w:t>
      </w:r>
      <w:r w:rsidR="00CE1D4B">
        <w:rPr>
          <w:lang w:val="nb-NO"/>
        </w:rPr>
        <w:t>)</w:t>
      </w:r>
    </w:p>
    <w:p w14:paraId="7E9995F6" w14:textId="14921985" w:rsidR="000E2ED2" w:rsidRDefault="000E2ED2" w:rsidP="0063457D">
      <w:pPr>
        <w:spacing w:after="120"/>
        <w:rPr>
          <w:lang w:val="nb-NO"/>
        </w:rPr>
      </w:pPr>
      <w:r w:rsidRPr="0027776A">
        <w:rPr>
          <w:b/>
          <w:bCs/>
          <w:lang w:val="nb-NO"/>
        </w:rPr>
        <w:t>Søndagens</w:t>
      </w:r>
      <w:r w:rsidR="007C4750" w:rsidRPr="0027776A">
        <w:rPr>
          <w:b/>
          <w:bCs/>
          <w:lang w:val="nb-NO"/>
        </w:rPr>
        <w:t xml:space="preserve"> program</w:t>
      </w:r>
      <w:r w:rsidRPr="0027776A">
        <w:rPr>
          <w:b/>
          <w:bCs/>
          <w:lang w:val="nb-NO"/>
        </w:rPr>
        <w:t>trening</w:t>
      </w:r>
      <w:r>
        <w:rPr>
          <w:lang w:val="nb-NO"/>
        </w:rPr>
        <w:t xml:space="preserve">: Meld deg på til Myriam Bauer, </w:t>
      </w:r>
      <w:r w:rsidR="004108CF">
        <w:rPr>
          <w:lang w:val="nb-NO"/>
        </w:rPr>
        <w:t xml:space="preserve">mobil </w:t>
      </w:r>
      <w:r w:rsidR="004108CF" w:rsidRPr="004108CF">
        <w:rPr>
          <w:b/>
          <w:bCs/>
          <w:lang w:val="nb-NO"/>
        </w:rPr>
        <w:t>40401075</w:t>
      </w:r>
      <w:r>
        <w:rPr>
          <w:lang w:val="nb-NO"/>
        </w:rPr>
        <w:t xml:space="preserve"> </w:t>
      </w:r>
    </w:p>
    <w:p w14:paraId="1916FC4D" w14:textId="23B0FB4C" w:rsidR="00CE1D4B" w:rsidRDefault="00CE1D4B">
      <w:pPr>
        <w:rPr>
          <w:lang w:val="nb-NO"/>
        </w:rPr>
      </w:pPr>
      <w:r>
        <w:rPr>
          <w:lang w:val="nb-NO"/>
        </w:rPr>
        <w:t>(Navn/alder rytter, Navn/rase hest</w:t>
      </w:r>
      <w:r w:rsidR="0027776A">
        <w:rPr>
          <w:lang w:val="nb-NO"/>
        </w:rPr>
        <w:t>, eventuelt ønsket program)</w:t>
      </w:r>
    </w:p>
    <w:p w14:paraId="6174FBCC" w14:textId="7B5BBF9C" w:rsidR="000E2ED2" w:rsidRDefault="000E2ED2">
      <w:pPr>
        <w:rPr>
          <w:lang w:val="nb-NO"/>
        </w:rPr>
      </w:pPr>
      <w:r w:rsidRPr="0008460B">
        <w:rPr>
          <w:b/>
          <w:bCs/>
          <w:lang w:val="nb-NO"/>
        </w:rPr>
        <w:t>Treningsavgiften</w:t>
      </w:r>
      <w:r w:rsidR="0008460B" w:rsidRPr="0008460B">
        <w:rPr>
          <w:b/>
          <w:bCs/>
          <w:lang w:val="nb-NO"/>
        </w:rPr>
        <w:t xml:space="preserve"> og </w:t>
      </w:r>
      <w:proofErr w:type="spellStart"/>
      <w:r w:rsidR="0008460B" w:rsidRPr="0008460B">
        <w:rPr>
          <w:b/>
          <w:bCs/>
          <w:lang w:val="nb-NO"/>
        </w:rPr>
        <w:t>senterleie</w:t>
      </w:r>
      <w:proofErr w:type="spellEnd"/>
      <w:r w:rsidRPr="0008460B">
        <w:rPr>
          <w:b/>
          <w:bCs/>
          <w:lang w:val="nb-NO"/>
        </w:rPr>
        <w:t xml:space="preserve"> betales på vipps: </w:t>
      </w:r>
      <w:proofErr w:type="gramStart"/>
      <w:r w:rsidR="0008460B" w:rsidRPr="0008460B">
        <w:rPr>
          <w:b/>
          <w:bCs/>
          <w:lang w:val="nb-NO"/>
        </w:rPr>
        <w:t>764712</w:t>
      </w:r>
      <w:r w:rsidR="007C4750">
        <w:rPr>
          <w:lang w:val="nb-NO"/>
        </w:rPr>
        <w:t xml:space="preserve">  ved</w:t>
      </w:r>
      <w:proofErr w:type="gramEnd"/>
      <w:r w:rsidR="007C4750">
        <w:rPr>
          <w:lang w:val="nb-NO"/>
        </w:rPr>
        <w:t xml:space="preserve"> oppmøte lørdag. </w:t>
      </w:r>
    </w:p>
    <w:p w14:paraId="46C536C2" w14:textId="77777777" w:rsidR="00320AB6" w:rsidRDefault="007C4750">
      <w:pPr>
        <w:rPr>
          <w:lang w:val="nb-NO"/>
        </w:rPr>
      </w:pPr>
      <w:r w:rsidRPr="00372846">
        <w:rPr>
          <w:lang w:val="nb-NO"/>
        </w:rPr>
        <w:t>Dette blir en helg fylt med mestring, læring og moro – meld deg på og oppdag hvor nyttig og gøy dressur og bakkearbeid faktisk er!</w:t>
      </w:r>
    </w:p>
    <w:p w14:paraId="16D28F90" w14:textId="50C5EF1C" w:rsidR="00320AB6" w:rsidRPr="007C4750" w:rsidRDefault="007C4750">
      <w:pPr>
        <w:rPr>
          <w:lang w:val="nb-NO"/>
        </w:rPr>
      </w:pPr>
      <w:r>
        <w:rPr>
          <w:lang w:val="nb-NO"/>
        </w:rPr>
        <w:t xml:space="preserve">Vi gleder oss til å se deg! </w:t>
      </w:r>
      <w:r w:rsidR="003B5772">
        <w:rPr>
          <w:lang w:val="nb-NO"/>
        </w:rPr>
        <w:t xml:space="preserve"> </w:t>
      </w:r>
      <w:r w:rsidRPr="007C4750">
        <w:rPr>
          <w:lang w:val="nb-NO"/>
        </w:rPr>
        <w:t>Hilsen</w:t>
      </w:r>
      <w:r w:rsidRPr="007C4750">
        <w:rPr>
          <w:lang w:val="nb-NO"/>
        </w:rPr>
        <w:br/>
        <w:t>Arendal og Grimstad Rideklubb</w:t>
      </w:r>
    </w:p>
    <w:sectPr w:rsidR="00320AB6" w:rsidRPr="007C475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1192358">
    <w:abstractNumId w:val="8"/>
  </w:num>
  <w:num w:numId="2" w16cid:durableId="1131482407">
    <w:abstractNumId w:val="6"/>
  </w:num>
  <w:num w:numId="3" w16cid:durableId="1906260834">
    <w:abstractNumId w:val="5"/>
  </w:num>
  <w:num w:numId="4" w16cid:durableId="663047935">
    <w:abstractNumId w:val="4"/>
  </w:num>
  <w:num w:numId="5" w16cid:durableId="722215572">
    <w:abstractNumId w:val="7"/>
  </w:num>
  <w:num w:numId="6" w16cid:durableId="954600143">
    <w:abstractNumId w:val="3"/>
  </w:num>
  <w:num w:numId="7" w16cid:durableId="819731132">
    <w:abstractNumId w:val="2"/>
  </w:num>
  <w:num w:numId="8" w16cid:durableId="1789815555">
    <w:abstractNumId w:val="1"/>
  </w:num>
  <w:num w:numId="9" w16cid:durableId="1017737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427"/>
    <w:rsid w:val="00027C01"/>
    <w:rsid w:val="00034616"/>
    <w:rsid w:val="0006063C"/>
    <w:rsid w:val="000738BB"/>
    <w:rsid w:val="0008003E"/>
    <w:rsid w:val="0008460B"/>
    <w:rsid w:val="0009098B"/>
    <w:rsid w:val="000B4085"/>
    <w:rsid w:val="000B685C"/>
    <w:rsid w:val="000E2ED2"/>
    <w:rsid w:val="0015074B"/>
    <w:rsid w:val="00183FD9"/>
    <w:rsid w:val="0019630E"/>
    <w:rsid w:val="00222AD9"/>
    <w:rsid w:val="00250D8C"/>
    <w:rsid w:val="00274E4B"/>
    <w:rsid w:val="0027776A"/>
    <w:rsid w:val="0029639D"/>
    <w:rsid w:val="002B157E"/>
    <w:rsid w:val="00320AB6"/>
    <w:rsid w:val="00326F90"/>
    <w:rsid w:val="00363409"/>
    <w:rsid w:val="00372846"/>
    <w:rsid w:val="003B5772"/>
    <w:rsid w:val="003B7100"/>
    <w:rsid w:val="0040591F"/>
    <w:rsid w:val="004108CF"/>
    <w:rsid w:val="00495F20"/>
    <w:rsid w:val="004B754E"/>
    <w:rsid w:val="004D42EA"/>
    <w:rsid w:val="004F11AD"/>
    <w:rsid w:val="004F749A"/>
    <w:rsid w:val="00537C61"/>
    <w:rsid w:val="00581398"/>
    <w:rsid w:val="0058192F"/>
    <w:rsid w:val="005A2E0A"/>
    <w:rsid w:val="0062502D"/>
    <w:rsid w:val="0063457D"/>
    <w:rsid w:val="006F7547"/>
    <w:rsid w:val="0070657D"/>
    <w:rsid w:val="00786A8E"/>
    <w:rsid w:val="007C4750"/>
    <w:rsid w:val="007D1752"/>
    <w:rsid w:val="00890EE0"/>
    <w:rsid w:val="00897D1A"/>
    <w:rsid w:val="008A1DA5"/>
    <w:rsid w:val="008E312D"/>
    <w:rsid w:val="009520CE"/>
    <w:rsid w:val="009F2257"/>
    <w:rsid w:val="00A13128"/>
    <w:rsid w:val="00A357DD"/>
    <w:rsid w:val="00A36E4B"/>
    <w:rsid w:val="00AA1D8D"/>
    <w:rsid w:val="00AF7B0C"/>
    <w:rsid w:val="00B06301"/>
    <w:rsid w:val="00B43D36"/>
    <w:rsid w:val="00B47730"/>
    <w:rsid w:val="00C0470D"/>
    <w:rsid w:val="00C40B28"/>
    <w:rsid w:val="00C90A73"/>
    <w:rsid w:val="00CA7A9E"/>
    <w:rsid w:val="00CB0664"/>
    <w:rsid w:val="00CC5695"/>
    <w:rsid w:val="00CE10BC"/>
    <w:rsid w:val="00CE1D4B"/>
    <w:rsid w:val="00DA7159"/>
    <w:rsid w:val="00E3630B"/>
    <w:rsid w:val="00E62E23"/>
    <w:rsid w:val="00E80ECE"/>
    <w:rsid w:val="00E85948"/>
    <w:rsid w:val="00E96A9B"/>
    <w:rsid w:val="00F0240C"/>
    <w:rsid w:val="00F41547"/>
    <w:rsid w:val="00F91367"/>
    <w:rsid w:val="00FC693F"/>
    <w:rsid w:val="00FE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78B5A8"/>
  <w14:defaultImageDpi w14:val="300"/>
  <w15:docId w15:val="{F4DA0838-3387-7F46-9D3D-FF0349F0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kobling">
    <w:name w:val="Hyperlink"/>
    <w:basedOn w:val="Standardskriftforavsnitt"/>
    <w:uiPriority w:val="99"/>
    <w:unhideWhenUsed/>
    <w:rsid w:val="00B06301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06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rideklubb.no/next/p/12558/ansatt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grideklubb.no/next/p/12537/pris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ytter.no/grener/dressur/dressurprogram/lette-klasser-dressu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rianne@tomstad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3998</Characters>
  <Application>Microsoft Office Word</Application>
  <DocSecurity>0</DocSecurity>
  <Lines>33</Lines>
  <Paragraphs>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Arendal og Grimstad rideklubb</cp:lastModifiedBy>
  <cp:revision>2</cp:revision>
  <dcterms:created xsi:type="dcterms:W3CDTF">2025-03-18T12:04:00Z</dcterms:created>
  <dcterms:modified xsi:type="dcterms:W3CDTF">2025-03-18T12:04:00Z</dcterms:modified>
  <cp:category/>
</cp:coreProperties>
</file>