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F353A" w:rsidR="00F42DD6" w:rsidRDefault="00B15E59" w14:paraId="48EAAE8A" w14:textId="77777777">
      <w:pPr>
        <w:pStyle w:val="Heading1"/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Sportslig utvalg – Oppsummering og arbeidsdokument</w:t>
      </w:r>
    </w:p>
    <w:p w:rsidRPr="008F353A" w:rsidR="00F42DD6" w:rsidRDefault="00B15E59" w14:paraId="6E36C6E3" w14:textId="77777777">
      <w:pPr>
        <w:pStyle w:val="Heading2"/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1. Bakgrunn</w:t>
      </w:r>
    </w:p>
    <w:p w:rsidRPr="008F353A" w:rsidR="00F42DD6" w:rsidRDefault="00B15E59" w14:paraId="4678DBBD" w14:textId="77777777">
      <w:pPr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Styret trenger hjelp til å få en helhetlig og korrekt oversikt over treningsgrupper fra 16 år/rekrutt og opp til 2. divisjon. Denne oversikten er nødvendig for: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Utarbeidelse og signering av trenerkontrakter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Riktig fordeling av treningstimer og lønnsmidler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Vi ønsker å understreke at vi setter stor pris på trenerne våre – deres innsats er både frivillig og en del av klubbens dugnadsånd. Budsjettet vårt er likevel begrenset sammenlignet med større klubber i regionen.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Å satse på trenere handler ikke bare om lønn, men også om: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Trenerkurs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Oppfølging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Tilrettelegging i hverdagen</w:t>
      </w:r>
    </w:p>
    <w:p w:rsidRPr="008F353A" w:rsidR="00F42DD6" w:rsidRDefault="00B15E59" w14:paraId="2592C372" w14:textId="77777777">
      <w:pPr>
        <w:pStyle w:val="Heading2"/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2. Økonomiske rammer og utfordringer</w:t>
      </w:r>
    </w:p>
    <w:p w:rsidRPr="008F353A" w:rsidR="00F42DD6" w:rsidRDefault="00B15E59" w14:paraId="0A60A178" w14:textId="77777777">
      <w:pPr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- Årsmøte 2025 vedtok følgende rammer: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 xml:space="preserve">  • Senior herre og dame: kr 100 000 hver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 xml:space="preserve">  • Rekrutt og G16: kr 50 000 hver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Flere trenere er lovet (eller krever) høyere lønn enn dette.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Manglende midler: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 xml:space="preserve">  • kr 300 000 i budsjetterte sponsorpenger til NT 2026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 xml:space="preserve">  • ca. kr 100 000 økning i G16-serien </w:t>
      </w:r>
      <w:proofErr w:type="spellStart"/>
      <w:r w:rsidRPr="008F353A">
        <w:rPr>
          <w:rFonts w:ascii="Times New Roman" w:hAnsi="Times New Roman" w:cs="Times New Roman"/>
          <w:lang w:val="nb-NO"/>
        </w:rPr>
        <w:t>pga</w:t>
      </w:r>
      <w:proofErr w:type="spellEnd"/>
      <w:r w:rsidRPr="008F353A">
        <w:rPr>
          <w:rFonts w:ascii="Times New Roman" w:hAnsi="Times New Roman" w:cs="Times New Roman"/>
          <w:lang w:val="nb-NO"/>
        </w:rPr>
        <w:t xml:space="preserve"> endringer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 xml:space="preserve">  • evt. andre kostnadsøkninger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Konsekvens: Godtar vi høyere lønnskrav, kan det føre til: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Press på å øke treningsavgifter/egenandeler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Generell lønnsspiral i klubben</w:t>
      </w:r>
    </w:p>
    <w:p w:rsidRPr="008F353A" w:rsidR="00F42DD6" w:rsidRDefault="00B15E59" w14:paraId="381F1CC9" w14:textId="77777777">
      <w:pPr>
        <w:pStyle w:val="Heading2"/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3. Status treningsgrupper (pr. i dag)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Pr="008F353A" w:rsidR="00F42DD6" w:rsidTr="00A72139" w14:paraId="533D3E96" w14:textId="77777777">
        <w:tc>
          <w:tcPr>
            <w:tcW w:w="4320" w:type="dxa"/>
          </w:tcPr>
          <w:p w:rsidRPr="008F353A" w:rsidR="00F42DD6" w:rsidRDefault="00B15E59" w14:paraId="1CA01A99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Lag</w:t>
            </w:r>
          </w:p>
        </w:tc>
        <w:tc>
          <w:tcPr>
            <w:tcW w:w="4320" w:type="dxa"/>
          </w:tcPr>
          <w:p w:rsidRPr="008F353A" w:rsidR="00F42DD6" w:rsidRDefault="00B15E59" w14:paraId="45290F50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Status</w:t>
            </w:r>
          </w:p>
        </w:tc>
      </w:tr>
      <w:tr w:rsidRPr="008F353A" w:rsidR="00F42DD6" w:rsidTr="00A72139" w14:paraId="237DD6A5" w14:textId="77777777">
        <w:tc>
          <w:tcPr>
            <w:tcW w:w="4320" w:type="dxa"/>
          </w:tcPr>
          <w:p w:rsidRPr="008F353A" w:rsidR="00F42DD6" w:rsidRDefault="00B15E59" w14:paraId="6F96E81E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Dame senior</w:t>
            </w:r>
          </w:p>
        </w:tc>
        <w:tc>
          <w:tcPr>
            <w:tcW w:w="4320" w:type="dxa"/>
          </w:tcPr>
          <w:p w:rsidRPr="008F353A" w:rsidR="00F42DD6" w:rsidRDefault="00B15E59" w14:paraId="0B53A8C2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Komplett treningsgruppe – trener: Åse</w:t>
            </w:r>
          </w:p>
        </w:tc>
      </w:tr>
      <w:tr w:rsidRPr="008F353A" w:rsidR="00F42DD6" w:rsidTr="00A72139" w14:paraId="7F3938E2" w14:textId="77777777">
        <w:tc>
          <w:tcPr>
            <w:tcW w:w="4320" w:type="dxa"/>
          </w:tcPr>
          <w:p w:rsidRPr="008F353A" w:rsidR="00F42DD6" w:rsidRDefault="00B15E59" w14:paraId="2DA04C50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Herre senior</w:t>
            </w:r>
          </w:p>
        </w:tc>
        <w:tc>
          <w:tcPr>
            <w:tcW w:w="4320" w:type="dxa"/>
          </w:tcPr>
          <w:p w:rsidRPr="008F353A" w:rsidR="00F42DD6" w:rsidRDefault="00B15E59" w14:paraId="799C60C4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Komplett treningsgruppe – trener: Bengt</w:t>
            </w:r>
          </w:p>
        </w:tc>
      </w:tr>
      <w:tr w:rsidRPr="008F353A" w:rsidR="00F42DD6" w:rsidTr="00A72139" w14:paraId="0FA056DD" w14:textId="77777777">
        <w:tc>
          <w:tcPr>
            <w:tcW w:w="4320" w:type="dxa"/>
          </w:tcPr>
          <w:p w:rsidRPr="008F353A" w:rsidR="00F42DD6" w:rsidRDefault="00B15E59" w14:paraId="514835B4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Rekrutt dame</w:t>
            </w:r>
          </w:p>
        </w:tc>
        <w:tc>
          <w:tcPr>
            <w:tcW w:w="4320" w:type="dxa"/>
          </w:tcPr>
          <w:p w:rsidRPr="008F353A" w:rsidR="00F42DD6" w:rsidRDefault="00B15E59" w14:paraId="5A41211E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Komplett treningsgruppe</w:t>
            </w:r>
          </w:p>
        </w:tc>
      </w:tr>
      <w:tr w:rsidRPr="008F353A" w:rsidR="00F42DD6" w:rsidTr="00A72139" w14:paraId="1F8A4356" w14:textId="77777777">
        <w:tc>
          <w:tcPr>
            <w:tcW w:w="4320" w:type="dxa"/>
          </w:tcPr>
          <w:p w:rsidRPr="008F353A" w:rsidR="00F42DD6" w:rsidRDefault="00B15E59" w14:paraId="15312365" w14:textId="77777777">
            <w:pPr>
              <w:rPr>
                <w:rFonts w:ascii="Times New Roman" w:hAnsi="Times New Roman" w:cs="Times New Roman"/>
              </w:rPr>
            </w:pPr>
            <w:r w:rsidRPr="008F353A">
              <w:rPr>
                <w:rFonts w:ascii="Times New Roman" w:hAnsi="Times New Roman" w:cs="Times New Roman"/>
              </w:rPr>
              <w:t>Rekrutt herre</w:t>
            </w:r>
          </w:p>
        </w:tc>
        <w:tc>
          <w:tcPr>
            <w:tcW w:w="4320" w:type="dxa"/>
          </w:tcPr>
          <w:p w:rsidRPr="008F353A" w:rsidR="00F42DD6" w:rsidRDefault="00B15E59" w14:paraId="19279BA2" w14:textId="77777777">
            <w:pPr>
              <w:rPr>
                <w:rFonts w:ascii="Times New Roman" w:hAnsi="Times New Roman" w:cs="Times New Roman"/>
                <w:lang w:val="nb-NO"/>
              </w:rPr>
            </w:pPr>
            <w:r w:rsidRPr="008F353A">
              <w:rPr>
                <w:rFonts w:ascii="Times New Roman" w:hAnsi="Times New Roman" w:cs="Times New Roman"/>
                <w:lang w:val="nb-NO"/>
              </w:rPr>
              <w:t>Treninger avlyst flere ganger (årsaker: trener fravær / få spillere)</w:t>
            </w:r>
          </w:p>
        </w:tc>
      </w:tr>
      <w:tr w:rsidRPr="008F353A" w:rsidR="00F42DD6" w:rsidTr="00A72139" w14:paraId="558D3A05" w14:textId="77777777">
        <w:tc>
          <w:tcPr>
            <w:tcW w:w="4320" w:type="dxa"/>
          </w:tcPr>
          <w:p w:rsidRPr="008F353A" w:rsidR="00F42DD6" w:rsidRDefault="00B15E59" w14:paraId="1645F789" w14:textId="161EB29B">
            <w:pPr>
              <w:rPr>
                <w:rFonts w:ascii="Times New Roman" w:hAnsi="Times New Roman" w:cs="Times New Roman"/>
                <w:lang w:val="nb-NO"/>
              </w:rPr>
            </w:pPr>
            <w:r w:rsidRPr="008F353A">
              <w:rPr>
                <w:rFonts w:ascii="Times New Roman" w:hAnsi="Times New Roman" w:cs="Times New Roman"/>
                <w:lang w:val="nb-NO"/>
              </w:rPr>
              <w:t>J16</w:t>
            </w:r>
            <w:r w:rsidRPr="008F353A" w:rsidR="008F353A">
              <w:rPr>
                <w:rFonts w:ascii="Times New Roman" w:hAnsi="Times New Roman" w:cs="Times New Roman"/>
                <w:lang w:val="nb-NO"/>
              </w:rPr>
              <w:t xml:space="preserve"> bør bestå av J</w:t>
            </w:r>
            <w:r w:rsidR="008F353A">
              <w:rPr>
                <w:rFonts w:ascii="Times New Roman" w:hAnsi="Times New Roman" w:cs="Times New Roman"/>
                <w:lang w:val="nb-NO"/>
              </w:rPr>
              <w:t>15 og J16</w:t>
            </w:r>
          </w:p>
        </w:tc>
        <w:tc>
          <w:tcPr>
            <w:tcW w:w="4320" w:type="dxa"/>
          </w:tcPr>
          <w:p w:rsidRPr="008F353A" w:rsidR="00F42DD6" w:rsidRDefault="00B15E59" w14:paraId="15360C94" w14:textId="3092E57B">
            <w:pPr>
              <w:rPr>
                <w:rFonts w:ascii="Times New Roman" w:hAnsi="Times New Roman" w:cs="Times New Roman"/>
                <w:lang w:val="nb-NO"/>
              </w:rPr>
            </w:pPr>
            <w:r w:rsidRPr="008F353A">
              <w:rPr>
                <w:rFonts w:ascii="Times New Roman" w:hAnsi="Times New Roman" w:cs="Times New Roman"/>
                <w:lang w:val="nb-NO"/>
              </w:rPr>
              <w:t>For få spillere til å</w:t>
            </w:r>
            <w:r w:rsidR="008F353A">
              <w:rPr>
                <w:rFonts w:ascii="Times New Roman" w:hAnsi="Times New Roman" w:cs="Times New Roman"/>
                <w:lang w:val="nb-NO"/>
              </w:rPr>
              <w:t xml:space="preserve"> </w:t>
            </w:r>
            <w:r w:rsidRPr="008F353A">
              <w:rPr>
                <w:rFonts w:ascii="Times New Roman" w:hAnsi="Times New Roman" w:cs="Times New Roman"/>
                <w:lang w:val="nb-NO"/>
              </w:rPr>
              <w:t>være to treningsgrupper</w:t>
            </w:r>
          </w:p>
        </w:tc>
      </w:tr>
    </w:tbl>
    <w:p w:rsidRPr="008F353A" w:rsidR="00F42DD6" w:rsidRDefault="00B15E59" w14:paraId="25F7AAC2" w14:textId="77777777">
      <w:pPr>
        <w:pStyle w:val="Heading2"/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4. Spørsmål til SU</w:t>
      </w:r>
    </w:p>
    <w:p w:rsidR="008F353A" w:rsidRDefault="00B15E59" w14:paraId="2750BB62" w14:textId="77777777">
      <w:pPr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For at styret kan gå videre med trenerkontrakter og budsjettering, ønsker vi at dere svarer på følgende: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Rekrutt og 2. divisjon: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Hvem av rekruttene trener ikke fast med 2. divisjonslagene?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Er det noen rekrutt som trener fast én gang i uka med 2. divisjonslagene?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Finnes det andre ordninger/samarbeid mellom 2. div og rekrutt?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Herre rekrutt: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Har laget nok spillere til å trene alene?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Hvis ja, hvor mange økter per uke (1, 2 eller 3)?</w:t>
      </w:r>
    </w:p>
    <w:p w:rsidRPr="008F353A" w:rsidR="00F42DD6" w:rsidRDefault="008F353A" w14:paraId="295E9F42" w14:textId="142AEF7D">
      <w:pPr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 xml:space="preserve">- Slik det ser ut til er det et få tall som ikke har trener og bør de trene fast med G16? 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J16:</w:t>
      </w:r>
      <w:r w:rsidRPr="008F353A">
        <w:rPr>
          <w:rFonts w:ascii="Times New Roman" w:hAnsi="Times New Roman" w:cs="Times New Roman"/>
          <w:lang w:val="nb-NO"/>
        </w:rPr>
        <w:br/>
      </w:r>
      <w:r w:rsidRPr="008F353A">
        <w:rPr>
          <w:rFonts w:ascii="Times New Roman" w:hAnsi="Times New Roman" w:cs="Times New Roman"/>
          <w:lang w:val="nb-NO"/>
        </w:rPr>
        <w:t>- Hvordan kan vi løse sammenslåingen av J16 på en god måte?</w:t>
      </w:r>
      <w:r>
        <w:rPr>
          <w:rFonts w:ascii="Times New Roman" w:hAnsi="Times New Roman" w:cs="Times New Roman"/>
          <w:lang w:val="nb-NO"/>
        </w:rPr>
        <w:t xml:space="preserve"> Og hvilken trener skal vi tilby kontrakt? </w:t>
      </w:r>
    </w:p>
    <w:p w:rsidRPr="008F353A" w:rsidR="00F42DD6" w:rsidRDefault="00B15E59" w14:paraId="2E106518" w14:textId="77777777">
      <w:pPr>
        <w:pStyle w:val="Heading2"/>
        <w:rPr>
          <w:rFonts w:ascii="Times New Roman" w:hAnsi="Times New Roman" w:cs="Times New Roman"/>
          <w:lang w:val="nb-NO"/>
        </w:rPr>
      </w:pPr>
      <w:r w:rsidRPr="7E024AE3" w:rsidR="00B15E59">
        <w:rPr>
          <w:rFonts w:ascii="Times New Roman" w:hAnsi="Times New Roman" w:cs="Times New Roman"/>
          <w:lang w:val="nb-NO"/>
        </w:rPr>
        <w:t>5. Trenere og lønn – foreløpig oversikt</w:t>
      </w:r>
    </w:p>
    <w:p w:rsidR="3BC2725E" w:rsidP="7E024AE3" w:rsidRDefault="3BC2725E" w14:paraId="69A8CD5C" w14:textId="2C494E94">
      <w:pPr>
        <w:pStyle w:val="Normal"/>
        <w:rPr>
          <w:lang w:val="nb-NO"/>
        </w:rPr>
      </w:pPr>
      <w:r w:rsidRPr="3AD11669" w:rsidR="3BC2725E">
        <w:rPr>
          <w:lang w:val="nb-NO"/>
        </w:rPr>
        <w:t>Ble visst fram til SU</w:t>
      </w:r>
    </w:p>
    <w:p w:rsidRPr="008F353A" w:rsidR="00F42DD6" w:rsidRDefault="00B15E59" w14:paraId="6250A52E" w14:textId="77777777">
      <w:pPr>
        <w:pStyle w:val="Heading2"/>
        <w:rPr>
          <w:rFonts w:ascii="Times New Roman" w:hAnsi="Times New Roman" w:cs="Times New Roman"/>
          <w:lang w:val="nb-NO"/>
        </w:rPr>
      </w:pPr>
      <w:r w:rsidRPr="008F353A">
        <w:rPr>
          <w:rFonts w:ascii="Times New Roman" w:hAnsi="Times New Roman" w:cs="Times New Roman"/>
          <w:lang w:val="nb-NO"/>
        </w:rPr>
        <w:t>6. Videre arbeid</w:t>
      </w:r>
    </w:p>
    <w:p w:rsidRPr="008F353A" w:rsidR="00F42DD6" w:rsidRDefault="00B15E59" w14:paraId="4ADDCAD3" w14:textId="77777777">
      <w:pPr>
        <w:rPr>
          <w:rFonts w:ascii="Times New Roman" w:hAnsi="Times New Roman" w:cs="Times New Roman"/>
        </w:rPr>
      </w:pPr>
      <w:r w:rsidRPr="55AF45C4" w:rsidR="00B15E59">
        <w:rPr>
          <w:rFonts w:ascii="Times New Roman" w:hAnsi="Times New Roman" w:cs="Times New Roman"/>
          <w:lang w:val="nb-NO"/>
        </w:rPr>
        <w:t>Styret ønsker å vurdere en ny lønnsmodell basert på:</w:t>
      </w:r>
      <w:r>
        <w:br/>
      </w:r>
      <w:r w:rsidRPr="55AF45C4" w:rsidR="00B15E59">
        <w:rPr>
          <w:rFonts w:ascii="Times New Roman" w:hAnsi="Times New Roman" w:cs="Times New Roman"/>
          <w:lang w:val="nb-NO"/>
        </w:rPr>
        <w:t>- Trenerutdanning/kurs</w:t>
      </w:r>
      <w:r>
        <w:br/>
      </w:r>
      <w:r w:rsidRPr="55AF45C4" w:rsidR="00B15E59">
        <w:rPr>
          <w:rFonts w:ascii="Times New Roman" w:hAnsi="Times New Roman" w:cs="Times New Roman"/>
          <w:lang w:val="nb-NO"/>
        </w:rPr>
        <w:t>- Hvilke lag man er trener for</w:t>
      </w:r>
      <w:r>
        <w:br/>
      </w:r>
      <w:r w:rsidRPr="55AF45C4" w:rsidR="00B15E59">
        <w:rPr>
          <w:rFonts w:ascii="Times New Roman" w:hAnsi="Times New Roman" w:cs="Times New Roman"/>
          <w:lang w:val="nb-NO"/>
        </w:rPr>
        <w:t>- Antall økter/arbeidsmengde</w:t>
      </w:r>
      <w:r>
        <w:br/>
      </w:r>
      <w:r>
        <w:br/>
      </w:r>
      <w:r w:rsidRPr="55AF45C4" w:rsidR="00B15E59">
        <w:rPr>
          <w:rFonts w:ascii="Times New Roman" w:hAnsi="Times New Roman" w:cs="Times New Roman"/>
          <w:lang w:val="nb-NO"/>
        </w:rPr>
        <w:t>Anbefalt arbeidsmåte for SU:</w:t>
      </w:r>
      <w:r>
        <w:br/>
      </w:r>
      <w:r w:rsidRPr="55AF45C4" w:rsidR="00B15E59">
        <w:rPr>
          <w:rFonts w:ascii="Times New Roman" w:hAnsi="Times New Roman" w:cs="Times New Roman"/>
          <w:lang w:val="nb-NO"/>
        </w:rPr>
        <w:t>1. Kartlegg treningsgrupper (spillere pr. gruppe, antall treninger, samarbeidsordninger)</w:t>
      </w:r>
      <w:r>
        <w:br/>
      </w:r>
      <w:r w:rsidRPr="55AF45C4" w:rsidR="00B15E59">
        <w:rPr>
          <w:rFonts w:ascii="Times New Roman" w:hAnsi="Times New Roman" w:cs="Times New Roman"/>
          <w:lang w:val="nb-NO"/>
        </w:rPr>
        <w:t>2. Gi anbefalinger (sammenslåing, trenerressurser per gruppe)</w:t>
      </w:r>
      <w:r>
        <w:br/>
      </w:r>
      <w:r w:rsidRPr="55AF45C4" w:rsidR="00B15E59">
        <w:rPr>
          <w:rFonts w:ascii="Times New Roman" w:hAnsi="Times New Roman" w:cs="Times New Roman"/>
          <w:lang w:val="nb-NO"/>
        </w:rPr>
        <w:t xml:space="preserve">3. </w:t>
      </w:r>
      <w:r w:rsidRPr="55AF45C4" w:rsidR="00B15E59">
        <w:rPr>
          <w:rFonts w:ascii="Times New Roman" w:hAnsi="Times New Roman" w:cs="Times New Roman"/>
        </w:rPr>
        <w:t>Kommenter</w:t>
      </w:r>
      <w:r w:rsidRPr="55AF45C4" w:rsidR="00B15E59">
        <w:rPr>
          <w:rFonts w:ascii="Times New Roman" w:hAnsi="Times New Roman" w:cs="Times New Roman"/>
        </w:rPr>
        <w:t xml:space="preserve"> </w:t>
      </w:r>
      <w:r w:rsidRPr="55AF45C4" w:rsidR="00B15E59">
        <w:rPr>
          <w:rFonts w:ascii="Times New Roman" w:hAnsi="Times New Roman" w:cs="Times New Roman"/>
        </w:rPr>
        <w:t>lønnsnivå</w:t>
      </w:r>
      <w:r w:rsidRPr="55AF45C4" w:rsidR="00B15E59">
        <w:rPr>
          <w:rFonts w:ascii="Times New Roman" w:hAnsi="Times New Roman" w:cs="Times New Roman"/>
        </w:rPr>
        <w:t xml:space="preserve"> (</w:t>
      </w:r>
      <w:r w:rsidRPr="55AF45C4" w:rsidR="00B15E59">
        <w:rPr>
          <w:rFonts w:ascii="Times New Roman" w:hAnsi="Times New Roman" w:cs="Times New Roman"/>
        </w:rPr>
        <w:t>justeringer</w:t>
      </w:r>
      <w:r w:rsidRPr="55AF45C4" w:rsidR="00B15E59">
        <w:rPr>
          <w:rFonts w:ascii="Times New Roman" w:hAnsi="Times New Roman" w:cs="Times New Roman"/>
        </w:rPr>
        <w:t xml:space="preserve"> </w:t>
      </w:r>
      <w:r w:rsidRPr="55AF45C4" w:rsidR="00B15E59">
        <w:rPr>
          <w:rFonts w:ascii="Times New Roman" w:hAnsi="Times New Roman" w:cs="Times New Roman"/>
        </w:rPr>
        <w:t>eller</w:t>
      </w:r>
      <w:r w:rsidRPr="55AF45C4" w:rsidR="00B15E59">
        <w:rPr>
          <w:rFonts w:ascii="Times New Roman" w:hAnsi="Times New Roman" w:cs="Times New Roman"/>
        </w:rPr>
        <w:t xml:space="preserve"> </w:t>
      </w:r>
      <w:r w:rsidRPr="55AF45C4" w:rsidR="00B15E59">
        <w:rPr>
          <w:rFonts w:ascii="Times New Roman" w:hAnsi="Times New Roman" w:cs="Times New Roman"/>
        </w:rPr>
        <w:t>kriterier</w:t>
      </w:r>
      <w:r w:rsidRPr="55AF45C4" w:rsidR="00B15E59">
        <w:rPr>
          <w:rFonts w:ascii="Times New Roman" w:hAnsi="Times New Roman" w:cs="Times New Roman"/>
        </w:rPr>
        <w:t xml:space="preserve"> </w:t>
      </w:r>
      <w:r w:rsidRPr="55AF45C4" w:rsidR="00B15E59">
        <w:rPr>
          <w:rFonts w:ascii="Times New Roman" w:hAnsi="Times New Roman" w:cs="Times New Roman"/>
        </w:rPr>
        <w:t>som</w:t>
      </w:r>
      <w:r w:rsidRPr="55AF45C4" w:rsidR="00B15E59">
        <w:rPr>
          <w:rFonts w:ascii="Times New Roman" w:hAnsi="Times New Roman" w:cs="Times New Roman"/>
        </w:rPr>
        <w:t xml:space="preserve"> </w:t>
      </w:r>
      <w:r w:rsidRPr="55AF45C4" w:rsidR="00B15E59">
        <w:rPr>
          <w:rFonts w:ascii="Times New Roman" w:hAnsi="Times New Roman" w:cs="Times New Roman"/>
        </w:rPr>
        <w:t>trenerutdanning</w:t>
      </w:r>
      <w:r w:rsidRPr="55AF45C4" w:rsidR="00B15E59">
        <w:rPr>
          <w:rFonts w:ascii="Times New Roman" w:hAnsi="Times New Roman" w:cs="Times New Roman"/>
        </w:rPr>
        <w:t>)</w:t>
      </w:r>
    </w:p>
    <w:p w:rsidR="55AF45C4" w:rsidP="55AF45C4" w:rsidRDefault="55AF45C4" w14:paraId="11B3BB06" w14:textId="656790C9">
      <w:pPr>
        <w:rPr>
          <w:rFonts w:ascii="Times New Roman" w:hAnsi="Times New Roman" w:cs="Times New Roman"/>
        </w:rPr>
      </w:pPr>
    </w:p>
    <w:p w:rsidR="55AF45C4" w:rsidP="55AF45C4" w:rsidRDefault="55AF45C4" w14:paraId="06CF9D4C" w14:textId="1FAD31A7">
      <w:pPr>
        <w:rPr>
          <w:rFonts w:ascii="Times New Roman" w:hAnsi="Times New Roman" w:cs="Times New Roman"/>
        </w:rPr>
      </w:pPr>
    </w:p>
    <w:p w:rsidR="55AF45C4" w:rsidP="55AF45C4" w:rsidRDefault="55AF45C4" w14:paraId="112F5445" w14:textId="0BBC462F">
      <w:pPr>
        <w:rPr>
          <w:rFonts w:ascii="Times New Roman" w:hAnsi="Times New Roman" w:cs="Times New Roman"/>
        </w:rPr>
      </w:pPr>
    </w:p>
    <w:p w:rsidR="55AF45C4" w:rsidP="55AF45C4" w:rsidRDefault="55AF45C4" w14:paraId="4D4B31D7" w14:textId="789F7C47">
      <w:pPr>
        <w:rPr>
          <w:rFonts w:ascii="Times New Roman" w:hAnsi="Times New Roman" w:cs="Times New Roman"/>
        </w:rPr>
      </w:pPr>
    </w:p>
    <w:p w:rsidR="55AF45C4" w:rsidP="55AF45C4" w:rsidRDefault="55AF45C4" w14:paraId="27315E39" w14:textId="3481C018">
      <w:pPr>
        <w:rPr>
          <w:rFonts w:ascii="Times New Roman" w:hAnsi="Times New Roman" w:cs="Times New Roman"/>
        </w:rPr>
      </w:pPr>
    </w:p>
    <w:p w:rsidR="55AF45C4" w:rsidP="55AF45C4" w:rsidRDefault="55AF45C4" w14:paraId="6229751E" w14:textId="3158CE31">
      <w:pPr>
        <w:rPr>
          <w:rFonts w:ascii="Times New Roman" w:hAnsi="Times New Roman" w:cs="Times New Roman"/>
        </w:rPr>
      </w:pPr>
    </w:p>
    <w:p w:rsidR="650CD79A" w:rsidP="55AF45C4" w:rsidRDefault="650CD79A" w14:paraId="5EEF365A" w14:textId="430C600C">
      <w:pPr>
        <w:rPr>
          <w:rFonts w:ascii="Times New Roman" w:hAnsi="Times New Roman" w:cs="Times New Roman"/>
        </w:rPr>
      </w:pPr>
      <w:r w:rsidRPr="55AF45C4" w:rsidR="650CD79A">
        <w:rPr>
          <w:rFonts w:ascii="Times New Roman" w:hAnsi="Times New Roman" w:cs="Times New Roman"/>
        </w:rPr>
        <w:t>Protokoll</w:t>
      </w:r>
    </w:p>
    <w:p w:rsidR="650CD79A" w:rsidP="55AF45C4" w:rsidRDefault="650CD79A" w14:paraId="49045195" w14:textId="26D7E31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Styremøte 15. september 2025</w:t>
      </w:r>
    </w:p>
    <w:p w:rsidR="650CD79A" w:rsidP="55AF45C4" w:rsidRDefault="650CD79A" w14:paraId="59B48283" w14:textId="1BCE04B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Oppmøte: Einar , Barbro, Dag Terje, Leif Morten, Barbro, Rita, Øyvind og Hårek</w:t>
      </w:r>
    </w:p>
    <w:p w:rsidR="650CD79A" w:rsidP="55AF45C4" w:rsidRDefault="650CD79A" w14:paraId="73A459DE" w14:textId="1B17111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39EEF10B" w14:textId="7FBBF08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Sak: Retablere Sportslig Utvalg.</w:t>
      </w:r>
    </w:p>
    <w:p w:rsidR="650CD79A" w:rsidP="55AF45C4" w:rsidRDefault="650CD79A" w14:paraId="7DFABE1A" w14:textId="326F532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Styret og SU må etablere system for oppstart av lag. THK mangler enkelte årganger.</w:t>
      </w:r>
    </w:p>
    <w:p w:rsidR="650CD79A" w:rsidP="55AF45C4" w:rsidRDefault="650CD79A" w14:paraId="42A5565F" w14:textId="236AC72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Kan Senior spille en rolle her inntill laget kan videreføres av foreldre?</w:t>
      </w:r>
    </w:p>
    <w:p w:rsidR="55AF45C4" w:rsidP="55AF45C4" w:rsidRDefault="55AF45C4" w14:paraId="2592F206" w14:textId="2C815F8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50CD79A" w:rsidP="55AF45C4" w:rsidRDefault="650CD79A" w14:paraId="1E97983E" w14:textId="4AA1E9B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Klargjøre hvilke roller skal SU ha/inneholde fra start.</w:t>
      </w:r>
    </w:p>
    <w:p w:rsidR="55AF45C4" w:rsidP="55AF45C4" w:rsidRDefault="55AF45C4" w14:paraId="644E1952" w14:textId="55370B1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50CD79A" w:rsidP="55AF45C4" w:rsidRDefault="650CD79A" w14:paraId="558989B0" w14:textId="6CC997D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Terminliste ansvar bør koordineres med SU for 2026.</w:t>
      </w:r>
    </w:p>
    <w:p w:rsidR="55AF45C4" w:rsidP="55AF45C4" w:rsidRDefault="55AF45C4" w14:paraId="40566F3D" w14:textId="4AC32AB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50CD79A" w:rsidP="55AF45C4" w:rsidRDefault="650CD79A" w14:paraId="3EAB0F1F" w14:textId="1357B2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Medlemmer i sportslig utvalg som har tett tilknytning til spillere - må være obs på evt. inhabilitetsproblemer fra sak til sak.</w:t>
      </w:r>
    </w:p>
    <w:p w:rsidR="55AF45C4" w:rsidP="55AF45C4" w:rsidRDefault="55AF45C4" w14:paraId="4BA35D87" w14:textId="2FB7F41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50CD79A" w:rsidP="55AF45C4" w:rsidRDefault="650CD79A" w14:paraId="2B0211CC" w14:textId="443B924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Sammenslåing av lag i enkelte årskull f.eks. 15-16 år presenteres som en sak SU bør være med å behandle. Skal gi bedre sammarbeidsform og ikke lag for lag helt til plutselig flere av disse kommer sammen som rekrutter.</w:t>
      </w:r>
    </w:p>
    <w:p w:rsidR="650CD79A" w:rsidP="55AF45C4" w:rsidRDefault="650CD79A" w14:paraId="24261DE4" w14:textId="0A5BBF6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Kostnaden for flyreiser/busstransport er også en faktor her.</w:t>
      </w:r>
    </w:p>
    <w:p w:rsidR="650CD79A" w:rsidP="55AF45C4" w:rsidRDefault="650CD79A" w14:paraId="2A4F69C4" w14:textId="3C0807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Dette påvirker selvsagt også trenersammensetningen og kostnader knyttet til dette.</w:t>
      </w:r>
    </w:p>
    <w:p w:rsidR="650CD79A" w:rsidP="55AF45C4" w:rsidRDefault="650CD79A" w14:paraId="6CC62FB6" w14:textId="6F3F823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1720606E" w14:textId="70DB93F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Klubben mangler et helthetlig opplegg for spillerutvikling og hospitering. Dette er også en naturlig problemstilling som SU bør se på.</w:t>
      </w:r>
    </w:p>
    <w:p w:rsidR="650CD79A" w:rsidP="55AF45C4" w:rsidRDefault="650CD79A" w14:paraId="40967E85" w14:textId="6C6E6D4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0AF3C94C" w14:textId="3A6F8D6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Styret og SU ser at man må starte en prosess på å formalisere og strukturere sammarbeidsform og arenaer med de videregående skoler. Samt hvordan man forholder seg til andre klubber i Tromsø. En første start på dette er et møte med klubber, region nord representert med Mia Johnsen (planlagt i uke 39).</w:t>
      </w:r>
    </w:p>
    <w:p w:rsidR="650CD79A" w:rsidP="55AF45C4" w:rsidRDefault="650CD79A" w14:paraId="7DEA4853" w14:textId="7872156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28336E23" w14:textId="506A37D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Hvilke mandater har SU, og hva skal de gjøre i forhold til det styret skal gjøre?</w:t>
      </w:r>
    </w:p>
    <w:p w:rsidR="650CD79A" w:rsidP="55AF45C4" w:rsidRDefault="650CD79A" w14:paraId="6080503A" w14:textId="61CCC77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 må føle at de har beslutningsmyndighet, og styret skal sette rammene. SU må ikke føle at styret omgjør avgjørelser tatt av SU til stadighet.</w:t>
      </w:r>
    </w:p>
    <w:p w:rsidR="650CD79A" w:rsidP="55AF45C4" w:rsidRDefault="650CD79A" w14:paraId="0164DC2E" w14:textId="1691930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61D82CA8" w14:textId="5B27FB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 står fritt til å rekruttere flere medlemmer i tråd med arbeidsoppgaver. Det er også ønskelig med et litt bredere sammensetning (flere folk) for at man skal klare å omfavne flere årsklasser.</w:t>
      </w:r>
    </w:p>
    <w:p w:rsidR="650CD79A" w:rsidP="55AF45C4" w:rsidRDefault="650CD79A" w14:paraId="542D6FBC" w14:textId="1EA6548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328BB10C" w14:textId="4CF59C8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Foreløpig sport og framdriftssplan må opp i SU, revideres og vedtas.</w:t>
      </w:r>
    </w:p>
    <w:p w:rsidR="650CD79A" w:rsidP="55AF45C4" w:rsidRDefault="650CD79A" w14:paraId="29124E0B" w14:textId="498CBBF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5EB2FA13" w14:textId="1225B74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 fra styret skal være med i SU.</w:t>
      </w:r>
    </w:p>
    <w:p w:rsidR="650CD79A" w:rsidP="55AF45C4" w:rsidRDefault="650CD79A" w14:paraId="6563D540" w14:textId="7014548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33CF4C6B" w14:textId="052CD52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 starter opp ut fra foreliggende mandat. Dette dokumentet som formulerer mandatet justeres av styret/SU framover.</w:t>
      </w:r>
    </w:p>
    <w:p w:rsidR="650CD79A" w:rsidP="55AF45C4" w:rsidRDefault="650CD79A" w14:paraId="0BA5AAAB" w14:textId="589CD8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2E17129C" w14:textId="176D174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 som var tilstede ble forespurt om å tre inn i SU og starte disse prosessene. De oppfordres også til å komme med flere kandidater til SU.</w:t>
      </w:r>
    </w:p>
    <w:p w:rsidR="650CD79A" w:rsidP="55AF45C4" w:rsidRDefault="650CD79A" w14:paraId="7AFA2EC5" w14:textId="05701E3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Styret ønsker svar så fort som mulig (torsdag 18 sept).</w:t>
      </w:r>
    </w:p>
    <w:p w:rsidR="650CD79A" w:rsidP="55AF45C4" w:rsidRDefault="650CD79A" w14:paraId="34335ADE" w14:textId="5365D70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0CD79A" w:rsidP="55AF45C4" w:rsidRDefault="650CD79A" w14:paraId="7A54F0FB" w14:textId="42B089A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AF45C4" w:rsidR="650CD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 kommenteres at oppdatert organisasjonsplan og treningstider mangler på hjemmesidene.</w:t>
      </w:r>
    </w:p>
    <w:p w:rsidR="55AF45C4" w:rsidP="55AF45C4" w:rsidRDefault="55AF45C4" w14:paraId="396CE4FD" w14:textId="0115499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5AF45C4" w:rsidP="55AF45C4" w:rsidRDefault="55AF45C4" w14:paraId="7C496F3F" w14:textId="638BB440">
      <w:pPr>
        <w:rPr>
          <w:rFonts w:ascii="Times New Roman" w:hAnsi="Times New Roman" w:cs="Times New Roman"/>
        </w:rPr>
      </w:pPr>
    </w:p>
    <w:sectPr w:rsidRPr="008F353A" w:rsidR="00F42DD6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446434810">
    <w:abstractNumId w:val="8"/>
  </w:num>
  <w:num w:numId="2" w16cid:durableId="1202938813">
    <w:abstractNumId w:val="6"/>
  </w:num>
  <w:num w:numId="3" w16cid:durableId="171186597">
    <w:abstractNumId w:val="5"/>
  </w:num>
  <w:num w:numId="4" w16cid:durableId="1361512773">
    <w:abstractNumId w:val="4"/>
  </w:num>
  <w:num w:numId="5" w16cid:durableId="38093731">
    <w:abstractNumId w:val="7"/>
  </w:num>
  <w:num w:numId="6" w16cid:durableId="1932081822">
    <w:abstractNumId w:val="3"/>
  </w:num>
  <w:num w:numId="7" w16cid:durableId="839010029">
    <w:abstractNumId w:val="2"/>
  </w:num>
  <w:num w:numId="8" w16cid:durableId="1758744667">
    <w:abstractNumId w:val="1"/>
  </w:num>
  <w:num w:numId="9" w16cid:durableId="168142355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130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420"/>
    <w:rsid w:val="0015074B"/>
    <w:rsid w:val="0029639D"/>
    <w:rsid w:val="00326F90"/>
    <w:rsid w:val="007D7686"/>
    <w:rsid w:val="008F353A"/>
    <w:rsid w:val="00922CDD"/>
    <w:rsid w:val="009C45F2"/>
    <w:rsid w:val="00A72139"/>
    <w:rsid w:val="00AA1D8D"/>
    <w:rsid w:val="00B15E59"/>
    <w:rsid w:val="00B47730"/>
    <w:rsid w:val="00CB0664"/>
    <w:rsid w:val="00EA3DB5"/>
    <w:rsid w:val="00F06F98"/>
    <w:rsid w:val="00F42DD6"/>
    <w:rsid w:val="00FC693F"/>
    <w:rsid w:val="3AD11669"/>
    <w:rsid w:val="3BC2725E"/>
    <w:rsid w:val="55AF45C4"/>
    <w:rsid w:val="650CD79A"/>
    <w:rsid w:val="666D87C1"/>
    <w:rsid w:val="7E02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60DB28"/>
  <w14:defaultImageDpi w14:val="300"/>
  <w15:docId w15:val="{7B6960D0-7CCA-4340-AA45-F0B4A8AAB3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c238d-5888-43e7-8de9-fed332f61605" xsi:nil="true"/>
    <lcf76f155ced4ddcb4097134ff3c332f xmlns="bfd80238-573f-4a2f-91af-c63a7e0f572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6C8AAFB26C0E4095CC5A226A7FFC11" ma:contentTypeVersion="18" ma:contentTypeDescription="Opprett et nytt dokument." ma:contentTypeScope="" ma:versionID="07526b2f47d6c633c3f2afb69d23cf97">
  <xsd:schema xmlns:xsd="http://www.w3.org/2001/XMLSchema" xmlns:xs="http://www.w3.org/2001/XMLSchema" xmlns:p="http://schemas.microsoft.com/office/2006/metadata/properties" xmlns:ns2="bfd80238-573f-4a2f-91af-c63a7e0f572b" xmlns:ns3="a47c238d-5888-43e7-8de9-fed332f61605" targetNamespace="http://schemas.microsoft.com/office/2006/metadata/properties" ma:root="true" ma:fieldsID="8d65232fa9a5aa8a86d0b6e8b4e8c21d" ns2:_="" ns3:_="">
    <xsd:import namespace="bfd80238-573f-4a2f-91af-c63a7e0f572b"/>
    <xsd:import namespace="a47c238d-5888-43e7-8de9-fed332f61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80238-573f-4a2f-91af-c63a7e0f5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65dffa4-cb1f-4fce-86ce-ae3edda69f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c238d-5888-43e7-8de9-fed332f6160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fa1fd2-71e3-40b3-9ed8-dade7261b143}" ma:internalName="TaxCatchAll" ma:showField="CatchAllData" ma:web="a47c238d-5888-43e7-8de9-fed332f61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DC187E-3132-4063-905D-468449157BD4}">
  <ds:schemaRefs>
    <ds:schemaRef ds:uri="http://schemas.microsoft.com/office/2006/metadata/properties"/>
    <ds:schemaRef ds:uri="http://www.w3.org/2000/xmlns/"/>
    <ds:schemaRef ds:uri="a47c238d-5888-43e7-8de9-fed332f61605"/>
    <ds:schemaRef ds:uri="http://www.w3.org/2001/XMLSchema-instance"/>
    <ds:schemaRef ds:uri="bfd80238-573f-4a2f-91af-c63a7e0f572b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3FBC5F-89A9-4E5E-BC92-6723731B0E32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D9DD7747-032E-4749-AEA5-B194AAE05D4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Øyvind Sørensen</cp:lastModifiedBy>
  <cp:revision>6</cp:revision>
  <dcterms:created xsi:type="dcterms:W3CDTF">2025-09-24T21:08:00Z</dcterms:created>
  <dcterms:modified xsi:type="dcterms:W3CDTF">2025-12-05T10:11:58Z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0x010100886C8AAFB26C0E4095CC5A226A7FFC11</vt:lpwstr>
  </property>
  <property fmtid="{D5CDD505-2E9C-101B-9397-08002B2CF9AE}" pid="3" name="MediaServiceImageTags">
    <vt:lpwstr/>
  </property>
</Properties>
</file>