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"/>
        <w:gridCol w:w="907"/>
        <w:gridCol w:w="1745"/>
        <w:gridCol w:w="1745"/>
        <w:gridCol w:w="1745"/>
        <w:gridCol w:w="1745"/>
        <w:gridCol w:w="1745"/>
      </w:tblGrid>
      <w:tr>
        <w:tc>
          <w:tcPr>
            <w:tcW w:type="dxa" w:w="1745"/>
            <w:gridSpan w:val="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32"/>
              </w:rPr>
              <w:t>Tiurleiken skole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2"/>
              </w:rPr>
              <w:t>Fra kl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2"/>
              </w:rPr>
              <w:t>Til kl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2"/>
              </w:rPr>
              <w:t>MANDAG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2"/>
              </w:rPr>
              <w:t>TIRSDAG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2"/>
              </w:rPr>
              <w:t>ONSDAG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2"/>
              </w:rPr>
              <w:t>TORSDAG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2"/>
              </w:rPr>
              <w:t>FREDAG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1500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1530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1530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1600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1600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1630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1630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1700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1700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1730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Fotball: J2014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Fotball: J2014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1730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1800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Fotball: J2014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Fotball: J2014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1800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1830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Fotball: J2014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Fotball: J2014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1830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1900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Fotball: J2012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Fotball: J2012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1900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1930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Fotball: J2012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Fotball: J2012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1930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2000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  <w:t>Fotball: J2012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2000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2030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2030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2100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2100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2130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2130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2200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2200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2230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2230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2300</w:t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</w:tbl>
    <w:p>
      <w:pPr>
        <w:spacing w:before="160"/>
      </w:pPr>
      <w:r>
        <w:rPr>
          <w:i/>
          <w:sz w:val="18"/>
        </w:rPr>
        <w:t>Gjelder fra 1.9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